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D6A23" w14:textId="77777777" w:rsidR="000E46B0" w:rsidRPr="000D5E22" w:rsidRDefault="000E46B0">
      <w:pPr>
        <w:spacing w:after="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0D5E22">
        <w:rPr>
          <w:rFonts w:ascii="Times New Roman" w:hAnsi="Times New Roman" w:cs="Times New Roman"/>
          <w:b/>
          <w:sz w:val="22"/>
        </w:rPr>
        <w:t>DOMANDA VOUCHER “THERMAL PASS GIOVANI” </w:t>
      </w:r>
    </w:p>
    <w:p w14:paraId="72B44D8D" w14:textId="5F462A89" w:rsidR="00AA1FE6" w:rsidRDefault="000E46B0">
      <w:pPr>
        <w:spacing w:after="120" w:line="240" w:lineRule="auto"/>
        <w:jc w:val="center"/>
        <w:rPr>
          <w:rFonts w:ascii="Times New Roman" w:hAnsi="Times New Roman" w:cs="Times New Roman"/>
          <w:sz w:val="22"/>
        </w:rPr>
      </w:pPr>
      <w:r w:rsidRPr="000D5E22">
        <w:rPr>
          <w:rFonts w:ascii="Times New Roman" w:hAnsi="Times New Roman" w:cs="Times New Roman"/>
          <w:sz w:val="22"/>
        </w:rPr>
        <w:t>Abbonamento semestrale agevolato presso Bormio Terme S.p.A.: quota a carico della famiglia pari a € 50,00 per la fascia 6-15 anni e a € 70,00 per la fascia 16-17 anni.</w:t>
      </w:r>
    </w:p>
    <w:p w14:paraId="33409E25" w14:textId="77777777" w:rsidR="00600732" w:rsidRPr="000D5E22" w:rsidRDefault="00600732">
      <w:pPr>
        <w:spacing w:after="120" w:line="240" w:lineRule="auto"/>
        <w:jc w:val="center"/>
        <w:rPr>
          <w:rFonts w:ascii="Times New Roman" w:hAnsi="Times New Roman" w:cs="Times New Roman"/>
          <w:sz w:val="22"/>
        </w:rPr>
      </w:pPr>
    </w:p>
    <w:p w14:paraId="0A100466" w14:textId="77777777" w:rsidR="00BD20D0" w:rsidRPr="000D5E22" w:rsidRDefault="00C7003F">
      <w:pPr>
        <w:keepNext/>
        <w:spacing w:before="100" w:after="40" w:line="240" w:lineRule="auto"/>
        <w:rPr>
          <w:rFonts w:ascii="Times New Roman" w:hAnsi="Times New Roman" w:cs="Times New Roman"/>
          <w:b/>
          <w:sz w:val="22"/>
        </w:rPr>
      </w:pPr>
      <w:r w:rsidRPr="000D5E22">
        <w:rPr>
          <w:rFonts w:ascii="Times New Roman" w:hAnsi="Times New Roman" w:cs="Times New Roman"/>
          <w:b/>
          <w:sz w:val="22"/>
        </w:rPr>
        <w:t>DATI DEL GENITORE O DEL TUTORE</w:t>
      </w:r>
    </w:p>
    <w:p w14:paraId="23857F5E" w14:textId="77777777" w:rsidR="00BD20D0" w:rsidRPr="000D5E22" w:rsidRDefault="00C7003F">
      <w:pPr>
        <w:spacing w:after="60" w:line="240" w:lineRule="auto"/>
        <w:rPr>
          <w:rFonts w:ascii="Times New Roman" w:hAnsi="Times New Roman" w:cs="Times New Roman"/>
          <w:sz w:val="22"/>
        </w:rPr>
      </w:pPr>
      <w:r w:rsidRPr="000D5E22">
        <w:rPr>
          <w:rFonts w:ascii="Times New Roman" w:hAnsi="Times New Roman" w:cs="Times New Roman"/>
          <w:sz w:val="22"/>
        </w:rPr>
        <w:t>Il/La sottoscritto/a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70"/>
        <w:gridCol w:w="4444"/>
        <w:gridCol w:w="1176"/>
        <w:gridCol w:w="3626"/>
      </w:tblGrid>
      <w:tr w:rsidR="00BD20D0" w:rsidRPr="000D5E22" w14:paraId="4210C276" w14:textId="77777777" w:rsidTr="002E73C5">
        <w:trPr>
          <w:jc w:val="center"/>
        </w:trPr>
        <w:tc>
          <w:tcPr>
            <w:tcW w:w="113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AF2F8"/>
            <w:vAlign w:val="center"/>
          </w:tcPr>
          <w:p w14:paraId="53740979" w14:textId="77777777" w:rsidR="00BD20D0" w:rsidRPr="000D5E22" w:rsidRDefault="00C7003F" w:rsidP="002E73C5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b/>
                <w:sz w:val="22"/>
              </w:rPr>
              <w:t>Cognome e nome</w:t>
            </w:r>
          </w:p>
        </w:tc>
        <w:tc>
          <w:tcPr>
            <w:tcW w:w="475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46332FC4" w14:textId="2DE6E9D7" w:rsidR="00BD20D0" w:rsidRPr="000D5E22" w:rsidRDefault="002E73C5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_____________________________________</w:t>
            </w:r>
          </w:p>
          <w:p w14:paraId="259C3602" w14:textId="64AFE17F" w:rsidR="002E73C5" w:rsidRPr="000D5E22" w:rsidRDefault="002E73C5" w:rsidP="002E73C5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_____________________________________</w:t>
            </w:r>
          </w:p>
        </w:tc>
        <w:tc>
          <w:tcPr>
            <w:tcW w:w="145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AF2F8"/>
            <w:vAlign w:val="center"/>
          </w:tcPr>
          <w:p w14:paraId="74D0B667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b/>
                <w:sz w:val="22"/>
              </w:rPr>
              <w:t>Codice fiscale</w:t>
            </w:r>
          </w:p>
        </w:tc>
        <w:tc>
          <w:tcPr>
            <w:tcW w:w="307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05F278CB" w14:textId="7BDFF430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____________________________</w:t>
            </w:r>
            <w:r w:rsidR="002E73C5" w:rsidRPr="000D5E22">
              <w:rPr>
                <w:rFonts w:ascii="Times New Roman" w:hAnsi="Times New Roman" w:cs="Times New Roman"/>
                <w:sz w:val="22"/>
              </w:rPr>
              <w:t>___</w:t>
            </w:r>
          </w:p>
        </w:tc>
      </w:tr>
      <w:tr w:rsidR="00BD20D0" w:rsidRPr="000D5E22" w14:paraId="3B12647B" w14:textId="77777777" w:rsidTr="002E73C5">
        <w:trPr>
          <w:trHeight w:val="545"/>
          <w:jc w:val="center"/>
        </w:trPr>
        <w:tc>
          <w:tcPr>
            <w:tcW w:w="113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AF2F8"/>
            <w:vAlign w:val="center"/>
          </w:tcPr>
          <w:p w14:paraId="180103FC" w14:textId="77777777" w:rsidR="00BD20D0" w:rsidRPr="000D5E22" w:rsidRDefault="00C7003F" w:rsidP="002E73C5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b/>
                <w:sz w:val="22"/>
              </w:rPr>
              <w:t>Data di nascita</w:t>
            </w:r>
          </w:p>
        </w:tc>
        <w:tc>
          <w:tcPr>
            <w:tcW w:w="475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7A028939" w14:textId="77777777" w:rsidR="00BD20D0" w:rsidRPr="000D5E22" w:rsidRDefault="00C7003F" w:rsidP="002E73C5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 / ____ / ______</w:t>
            </w:r>
          </w:p>
        </w:tc>
        <w:tc>
          <w:tcPr>
            <w:tcW w:w="145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AF2F8"/>
            <w:vAlign w:val="center"/>
          </w:tcPr>
          <w:p w14:paraId="4E575621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b/>
                <w:sz w:val="22"/>
              </w:rPr>
              <w:t>Comune di nascita</w:t>
            </w:r>
          </w:p>
        </w:tc>
        <w:tc>
          <w:tcPr>
            <w:tcW w:w="307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7EE66323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</w:t>
            </w:r>
            <w:r w:rsidR="002E73C5" w:rsidRPr="000D5E22">
              <w:rPr>
                <w:rFonts w:ascii="Times New Roman" w:hAnsi="Times New Roman" w:cs="Times New Roman"/>
                <w:sz w:val="22"/>
              </w:rPr>
              <w:t>__</w:t>
            </w:r>
            <w:r w:rsidRPr="000D5E22">
              <w:rPr>
                <w:rFonts w:ascii="Times New Roman" w:hAnsi="Times New Roman" w:cs="Times New Roman"/>
                <w:sz w:val="22"/>
              </w:rPr>
              <w:t>_____________________</w:t>
            </w:r>
          </w:p>
          <w:p w14:paraId="079004BC" w14:textId="26A380F5" w:rsidR="002E73C5" w:rsidRPr="000D5E22" w:rsidRDefault="002E73C5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_______________________________</w:t>
            </w:r>
          </w:p>
        </w:tc>
      </w:tr>
      <w:tr w:rsidR="00BD20D0" w:rsidRPr="000D5E22" w14:paraId="4A813373" w14:textId="77777777" w:rsidTr="002E73C5">
        <w:trPr>
          <w:jc w:val="center"/>
        </w:trPr>
        <w:tc>
          <w:tcPr>
            <w:tcW w:w="113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AF2F8"/>
            <w:vAlign w:val="center"/>
          </w:tcPr>
          <w:p w14:paraId="4BA5A7C3" w14:textId="77777777" w:rsidR="00BD20D0" w:rsidRPr="000D5E22" w:rsidRDefault="00C7003F" w:rsidP="002E73C5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b/>
                <w:sz w:val="22"/>
              </w:rPr>
              <w:t>Residenza</w:t>
            </w:r>
          </w:p>
        </w:tc>
        <w:tc>
          <w:tcPr>
            <w:tcW w:w="475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69C3D009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_____________________________________</w:t>
            </w:r>
          </w:p>
          <w:p w14:paraId="2D21BEF4" w14:textId="04ECDCF5" w:rsidR="002E73C5" w:rsidRPr="000D5E22" w:rsidRDefault="002E73C5" w:rsidP="002E73C5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_____________________________________</w:t>
            </w:r>
          </w:p>
        </w:tc>
        <w:tc>
          <w:tcPr>
            <w:tcW w:w="145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AF2F8"/>
            <w:vAlign w:val="center"/>
          </w:tcPr>
          <w:p w14:paraId="02A76BB0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b/>
                <w:sz w:val="22"/>
              </w:rPr>
              <w:t>Indirizzo</w:t>
            </w:r>
          </w:p>
        </w:tc>
        <w:tc>
          <w:tcPr>
            <w:tcW w:w="307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5FFE67B6" w14:textId="5245401B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_______________________</w:t>
            </w:r>
            <w:r w:rsidR="002E73C5" w:rsidRPr="000D5E22">
              <w:rPr>
                <w:rFonts w:ascii="Times New Roman" w:hAnsi="Times New Roman" w:cs="Times New Roman"/>
                <w:sz w:val="22"/>
              </w:rPr>
              <w:t>_</w:t>
            </w:r>
            <w:r w:rsidRPr="000D5E22">
              <w:rPr>
                <w:rFonts w:ascii="Times New Roman" w:hAnsi="Times New Roman" w:cs="Times New Roman"/>
                <w:sz w:val="22"/>
              </w:rPr>
              <w:t>_______</w:t>
            </w:r>
          </w:p>
          <w:p w14:paraId="6BDAF8A1" w14:textId="10561A8D" w:rsidR="002E73C5" w:rsidRPr="000D5E22" w:rsidRDefault="002E73C5" w:rsidP="002E73C5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_______________________________</w:t>
            </w:r>
          </w:p>
        </w:tc>
      </w:tr>
      <w:tr w:rsidR="00BD20D0" w:rsidRPr="000D5E22" w14:paraId="5CD967B3" w14:textId="77777777" w:rsidTr="002E73C5">
        <w:trPr>
          <w:jc w:val="center"/>
        </w:trPr>
        <w:tc>
          <w:tcPr>
            <w:tcW w:w="113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AF2F8"/>
            <w:vAlign w:val="center"/>
          </w:tcPr>
          <w:p w14:paraId="599F9007" w14:textId="77777777" w:rsidR="00BD20D0" w:rsidRPr="000D5E22" w:rsidRDefault="00C7003F" w:rsidP="002E73C5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b/>
                <w:sz w:val="22"/>
              </w:rPr>
              <w:t>Telefono</w:t>
            </w:r>
          </w:p>
        </w:tc>
        <w:tc>
          <w:tcPr>
            <w:tcW w:w="475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596540CC" w14:textId="6CD67E45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______________________________________</w:t>
            </w:r>
          </w:p>
        </w:tc>
        <w:tc>
          <w:tcPr>
            <w:tcW w:w="145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AF2F8"/>
            <w:vAlign w:val="center"/>
          </w:tcPr>
          <w:p w14:paraId="1C73AD4D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b/>
                <w:sz w:val="22"/>
              </w:rPr>
              <w:t>E-mail/PEC</w:t>
            </w:r>
          </w:p>
        </w:tc>
        <w:tc>
          <w:tcPr>
            <w:tcW w:w="307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5B13CE6A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_______________________________</w:t>
            </w:r>
          </w:p>
          <w:p w14:paraId="1CCC18A0" w14:textId="6C7CF1D3" w:rsidR="002E73C5" w:rsidRPr="000D5E22" w:rsidRDefault="002E73C5" w:rsidP="002E73C5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_______________________________</w:t>
            </w:r>
          </w:p>
        </w:tc>
      </w:tr>
    </w:tbl>
    <w:p w14:paraId="50134D49" w14:textId="2937907F" w:rsidR="00BD20D0" w:rsidRPr="000D5E22" w:rsidRDefault="00C7003F" w:rsidP="00F23BD9">
      <w:pPr>
        <w:spacing w:before="60" w:after="20" w:line="240" w:lineRule="auto"/>
        <w:rPr>
          <w:rFonts w:ascii="Times New Roman" w:hAnsi="Times New Roman" w:cs="Times New Roman"/>
          <w:sz w:val="22"/>
        </w:rPr>
      </w:pPr>
      <w:r w:rsidRPr="000D5E22">
        <w:rPr>
          <w:rFonts w:ascii="Times New Roman" w:hAnsi="Times New Roman" w:cs="Times New Roman"/>
          <w:sz w:val="22"/>
        </w:rPr>
        <w:t>in qualità di:</w:t>
      </w:r>
      <w:r w:rsidR="00F23BD9" w:rsidRPr="000D5E22">
        <w:rPr>
          <w:rFonts w:ascii="Times New Roman" w:hAnsi="Times New Roman" w:cs="Times New Roman"/>
          <w:sz w:val="22"/>
        </w:rPr>
        <w:t xml:space="preserve"> </w:t>
      </w:r>
      <w:proofErr w:type="gramStart"/>
      <w:r w:rsidRPr="000D5E22">
        <w:rPr>
          <w:rFonts w:ascii="Segoe UI Symbol" w:hAnsi="Segoe UI Symbol" w:cs="Segoe UI Symbol"/>
          <w:sz w:val="22"/>
        </w:rPr>
        <w:t>☐</w:t>
      </w:r>
      <w:r w:rsidRPr="000D5E22">
        <w:rPr>
          <w:rFonts w:ascii="Times New Roman" w:hAnsi="Times New Roman" w:cs="Times New Roman"/>
          <w:sz w:val="22"/>
        </w:rPr>
        <w:t xml:space="preserve">  genitore</w:t>
      </w:r>
      <w:proofErr w:type="gramEnd"/>
      <w:r w:rsidR="00F23BD9" w:rsidRPr="000D5E22">
        <w:rPr>
          <w:rFonts w:ascii="Times New Roman" w:hAnsi="Times New Roman" w:cs="Times New Roman"/>
          <w:sz w:val="22"/>
        </w:rPr>
        <w:t xml:space="preserve">  </w:t>
      </w:r>
      <w:proofErr w:type="gramStart"/>
      <w:r w:rsidRPr="000D5E22">
        <w:rPr>
          <w:rFonts w:ascii="Segoe UI Symbol" w:hAnsi="Segoe UI Symbol" w:cs="Segoe UI Symbol"/>
          <w:sz w:val="22"/>
        </w:rPr>
        <w:t>☐</w:t>
      </w:r>
      <w:r w:rsidRPr="000D5E22">
        <w:rPr>
          <w:rFonts w:ascii="Times New Roman" w:hAnsi="Times New Roman" w:cs="Times New Roman"/>
          <w:sz w:val="22"/>
        </w:rPr>
        <w:t xml:space="preserve">  tutore</w:t>
      </w:r>
      <w:proofErr w:type="gramEnd"/>
      <w:r w:rsidRPr="000D5E22">
        <w:rPr>
          <w:rFonts w:ascii="Times New Roman" w:hAnsi="Times New Roman" w:cs="Times New Roman"/>
          <w:sz w:val="22"/>
        </w:rPr>
        <w:t xml:space="preserve"> o altro soggetto che esercita la responsabilità genitoriale</w:t>
      </w:r>
    </w:p>
    <w:p w14:paraId="0F88C5C2" w14:textId="77777777" w:rsidR="00AA1FE6" w:rsidRPr="000D5E22" w:rsidRDefault="00AA1FE6">
      <w:pPr>
        <w:spacing w:after="20" w:line="240" w:lineRule="auto"/>
        <w:rPr>
          <w:rFonts w:ascii="Times New Roman" w:hAnsi="Times New Roman" w:cs="Times New Roman"/>
          <w:sz w:val="22"/>
        </w:rPr>
      </w:pPr>
    </w:p>
    <w:p w14:paraId="0D176DF5" w14:textId="77777777" w:rsidR="00BD20D0" w:rsidRPr="000D5E22" w:rsidRDefault="00C7003F">
      <w:pPr>
        <w:keepNext/>
        <w:spacing w:before="100" w:after="40" w:line="240" w:lineRule="auto"/>
        <w:rPr>
          <w:rFonts w:ascii="Times New Roman" w:hAnsi="Times New Roman" w:cs="Times New Roman"/>
          <w:sz w:val="22"/>
        </w:rPr>
      </w:pPr>
      <w:r w:rsidRPr="000D5E22">
        <w:rPr>
          <w:rFonts w:ascii="Times New Roman" w:hAnsi="Times New Roman" w:cs="Times New Roman"/>
          <w:b/>
          <w:sz w:val="22"/>
        </w:rPr>
        <w:t>DATI DEL MINORE BENEFICIARIO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44"/>
        <w:gridCol w:w="4493"/>
        <w:gridCol w:w="1893"/>
        <w:gridCol w:w="2886"/>
      </w:tblGrid>
      <w:tr w:rsidR="00BD20D0" w:rsidRPr="000D5E22" w14:paraId="004CE12D" w14:textId="77777777" w:rsidTr="002E73C5">
        <w:trPr>
          <w:jc w:val="center"/>
        </w:trPr>
        <w:tc>
          <w:tcPr>
            <w:tcW w:w="114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AF2F8"/>
            <w:vAlign w:val="center"/>
          </w:tcPr>
          <w:p w14:paraId="56E2189C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b/>
                <w:sz w:val="22"/>
              </w:rPr>
              <w:t>Cognome e nome</w:t>
            </w:r>
          </w:p>
        </w:tc>
        <w:tc>
          <w:tcPr>
            <w:tcW w:w="449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3AD6F2E3" w14:textId="4591E0D5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________________________________________</w:t>
            </w:r>
            <w:r w:rsidR="002E73C5" w:rsidRPr="000D5E22">
              <w:rPr>
                <w:rFonts w:ascii="Times New Roman" w:hAnsi="Times New Roman" w:cs="Times New Roman"/>
                <w:sz w:val="22"/>
              </w:rPr>
              <w:t>____________________________________</w:t>
            </w:r>
          </w:p>
        </w:tc>
        <w:tc>
          <w:tcPr>
            <w:tcW w:w="189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AF2F8"/>
            <w:vAlign w:val="center"/>
          </w:tcPr>
          <w:p w14:paraId="6330BC9D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b/>
                <w:sz w:val="22"/>
              </w:rPr>
              <w:t>Codice fiscale</w:t>
            </w:r>
          </w:p>
        </w:tc>
        <w:tc>
          <w:tcPr>
            <w:tcW w:w="28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5FC0BE2E" w14:textId="4C6D20CC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________________________</w:t>
            </w:r>
          </w:p>
        </w:tc>
      </w:tr>
      <w:tr w:rsidR="00BD20D0" w:rsidRPr="000D5E22" w14:paraId="2702B8CF" w14:textId="77777777" w:rsidTr="002E73C5">
        <w:trPr>
          <w:jc w:val="center"/>
        </w:trPr>
        <w:tc>
          <w:tcPr>
            <w:tcW w:w="114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AF2F8"/>
            <w:vAlign w:val="center"/>
          </w:tcPr>
          <w:p w14:paraId="2067357F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b/>
                <w:sz w:val="22"/>
              </w:rPr>
              <w:t>Data di nascita</w:t>
            </w:r>
          </w:p>
        </w:tc>
        <w:tc>
          <w:tcPr>
            <w:tcW w:w="449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327BFAD1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 / ____ / ______</w:t>
            </w:r>
          </w:p>
        </w:tc>
        <w:tc>
          <w:tcPr>
            <w:tcW w:w="189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AF2F8"/>
            <w:vAlign w:val="center"/>
          </w:tcPr>
          <w:p w14:paraId="5951F632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b/>
                <w:sz w:val="22"/>
              </w:rPr>
              <w:t>Residenza</w:t>
            </w:r>
          </w:p>
        </w:tc>
        <w:tc>
          <w:tcPr>
            <w:tcW w:w="28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385EC6F0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Bormio</w:t>
            </w:r>
          </w:p>
        </w:tc>
      </w:tr>
      <w:tr w:rsidR="00BD20D0" w:rsidRPr="000D5E22" w14:paraId="23CA4141" w14:textId="77777777" w:rsidTr="002E73C5">
        <w:trPr>
          <w:jc w:val="center"/>
        </w:trPr>
        <w:tc>
          <w:tcPr>
            <w:tcW w:w="114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AF2F8"/>
            <w:vAlign w:val="center"/>
          </w:tcPr>
          <w:p w14:paraId="2E78ABF3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b/>
                <w:sz w:val="22"/>
              </w:rPr>
              <w:t>Indirizzo</w:t>
            </w:r>
          </w:p>
        </w:tc>
        <w:tc>
          <w:tcPr>
            <w:tcW w:w="449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66695F71" w14:textId="6409BA6D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____________________________________________</w:t>
            </w:r>
            <w:r w:rsidR="002E73C5" w:rsidRPr="000D5E22">
              <w:rPr>
                <w:rFonts w:ascii="Times New Roman" w:hAnsi="Times New Roman" w:cs="Times New Roman"/>
                <w:sz w:val="22"/>
              </w:rPr>
              <w:t>________________________________</w:t>
            </w:r>
          </w:p>
        </w:tc>
        <w:tc>
          <w:tcPr>
            <w:tcW w:w="189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AF2F8"/>
            <w:vAlign w:val="center"/>
          </w:tcPr>
          <w:p w14:paraId="737F6DE8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b/>
                <w:sz w:val="22"/>
              </w:rPr>
              <w:t>CAP</w:t>
            </w:r>
          </w:p>
        </w:tc>
        <w:tc>
          <w:tcPr>
            <w:tcW w:w="28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7AA840C8" w14:textId="77777777" w:rsidR="00BD20D0" w:rsidRPr="000D5E22" w:rsidRDefault="00C7003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D5E22">
              <w:rPr>
                <w:rFonts w:ascii="Times New Roman" w:hAnsi="Times New Roman" w:cs="Times New Roman"/>
                <w:sz w:val="22"/>
              </w:rPr>
              <w:t>23032</w:t>
            </w:r>
          </w:p>
        </w:tc>
      </w:tr>
    </w:tbl>
    <w:p w14:paraId="6933A89A" w14:textId="77777777" w:rsidR="00600732" w:rsidRDefault="00600732">
      <w:pPr>
        <w:keepNext/>
        <w:spacing w:before="100" w:after="40" w:line="240" w:lineRule="auto"/>
        <w:rPr>
          <w:rFonts w:ascii="Times New Roman" w:hAnsi="Times New Roman" w:cs="Times New Roman"/>
          <w:b/>
          <w:sz w:val="22"/>
        </w:rPr>
      </w:pPr>
    </w:p>
    <w:p w14:paraId="328AD13C" w14:textId="5E1BBD22" w:rsidR="00BD20D0" w:rsidRPr="000D5E22" w:rsidRDefault="00C7003F">
      <w:pPr>
        <w:keepNext/>
        <w:spacing w:before="100" w:after="40" w:line="240" w:lineRule="auto"/>
        <w:rPr>
          <w:rFonts w:ascii="Times New Roman" w:hAnsi="Times New Roman" w:cs="Times New Roman"/>
          <w:b/>
          <w:sz w:val="22"/>
        </w:rPr>
      </w:pPr>
      <w:r w:rsidRPr="000D5E22">
        <w:rPr>
          <w:rFonts w:ascii="Times New Roman" w:hAnsi="Times New Roman" w:cs="Times New Roman"/>
          <w:b/>
          <w:sz w:val="22"/>
        </w:rPr>
        <w:t>CHIEDE</w:t>
      </w:r>
    </w:p>
    <w:p w14:paraId="4420F6E7" w14:textId="5F1A5358" w:rsidR="008D06BF" w:rsidRPr="000D5E22" w:rsidRDefault="000E46B0" w:rsidP="00F23BD9">
      <w:pPr>
        <w:spacing w:after="60" w:line="240" w:lineRule="auto"/>
        <w:jc w:val="both"/>
        <w:rPr>
          <w:rFonts w:ascii="Times New Roman" w:hAnsi="Times New Roman" w:cs="Times New Roman"/>
          <w:sz w:val="22"/>
        </w:rPr>
      </w:pPr>
      <w:r w:rsidRPr="000D5E22">
        <w:rPr>
          <w:rFonts w:ascii="Times New Roman" w:hAnsi="Times New Roman" w:cs="Times New Roman"/>
          <w:sz w:val="22"/>
        </w:rPr>
        <w:t>l’assegnazione, in favore del minore sopra indicato, di un voucher nominativo per l’attivazione presso Bormio Terme S.p.A. dell’abbonamento semestrale convenzionato, con permanenza massima di un’ora e trenta minuti per ciascun accesso, nell’ambito dell’iniziativa “THERMAL PASS GIOVANI”.</w:t>
      </w:r>
    </w:p>
    <w:p w14:paraId="3D45A87B" w14:textId="77777777" w:rsidR="000E46B0" w:rsidRPr="000D5E22" w:rsidRDefault="000E46B0" w:rsidP="00F23BD9">
      <w:pPr>
        <w:spacing w:after="60" w:line="240" w:lineRule="auto"/>
        <w:jc w:val="both"/>
        <w:rPr>
          <w:rFonts w:ascii="Times New Roman" w:hAnsi="Times New Roman" w:cs="Times New Roman"/>
          <w:sz w:val="22"/>
        </w:rPr>
      </w:pPr>
    </w:p>
    <w:p w14:paraId="1CB82075" w14:textId="35963920" w:rsidR="000E46B0" w:rsidRPr="000D5E22" w:rsidRDefault="000E46B0" w:rsidP="00C61852">
      <w:pPr>
        <w:keepNext/>
        <w:spacing w:before="100" w:after="40" w:line="240" w:lineRule="auto"/>
        <w:rPr>
          <w:rFonts w:ascii="Times New Roman" w:hAnsi="Times New Roman" w:cs="Times New Roman"/>
          <w:b/>
          <w:bCs/>
          <w:sz w:val="22"/>
        </w:rPr>
      </w:pPr>
      <w:r w:rsidRPr="000D5E22">
        <w:rPr>
          <w:rFonts w:ascii="Times New Roman" w:hAnsi="Times New Roman" w:cs="Times New Roman"/>
          <w:b/>
          <w:bCs/>
          <w:sz w:val="22"/>
        </w:rPr>
        <w:t>TIPOLOGIA DI VOUCHER RICHIESTA</w:t>
      </w:r>
    </w:p>
    <w:p w14:paraId="5EC1E69E" w14:textId="5876D03B" w:rsidR="000E46B0" w:rsidRPr="00567EE2" w:rsidRDefault="00C37C10" w:rsidP="00C6185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sdt>
        <w:sdtPr>
          <w:rPr>
            <w:rFonts w:eastAsia="Arial"/>
            <w:b/>
            <w:sz w:val="22"/>
            <w:szCs w:val="22"/>
            <w:lang w:eastAsia="en-US"/>
          </w:rPr>
          <w:id w:val="1947192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1852" w:rsidRPr="00567EE2">
            <w:rPr>
              <w:rFonts w:ascii="Segoe UI Symbol" w:eastAsia="MS Gothic" w:hAnsi="Segoe UI Symbol" w:cs="Segoe UI Symbol"/>
              <w:b/>
              <w:sz w:val="22"/>
              <w:szCs w:val="22"/>
              <w:lang w:eastAsia="en-US"/>
            </w:rPr>
            <w:t>☐</w:t>
          </w:r>
        </w:sdtContent>
      </w:sdt>
      <w:r w:rsidR="000E46B0" w:rsidRPr="00567EE2">
        <w:rPr>
          <w:rFonts w:eastAsia="Arial"/>
          <w:sz w:val="22"/>
          <w:szCs w:val="22"/>
          <w:lang w:eastAsia="en-US"/>
        </w:rPr>
        <w:t xml:space="preserve"> FASCIA 6-15 ANNI</w:t>
      </w:r>
    </w:p>
    <w:p w14:paraId="29AD1E21" w14:textId="17A0CECC" w:rsidR="000E46B0" w:rsidRPr="00567EE2" w:rsidRDefault="00234AB8" w:rsidP="00E217ED">
      <w:pPr>
        <w:pStyle w:val="paragraph"/>
        <w:spacing w:before="0" w:beforeAutospacing="0" w:after="0" w:afterAutospacing="0"/>
        <w:jc w:val="both"/>
        <w:textAlignment w:val="baseline"/>
        <w:rPr>
          <w:rFonts w:eastAsia="Arial"/>
          <w:sz w:val="22"/>
          <w:szCs w:val="22"/>
          <w:lang w:eastAsia="en-US"/>
        </w:rPr>
      </w:pPr>
      <w:r w:rsidRPr="00567EE2">
        <w:rPr>
          <w:rFonts w:eastAsia="Arial"/>
          <w:sz w:val="22"/>
          <w:szCs w:val="22"/>
          <w:lang w:eastAsia="en-US"/>
        </w:rPr>
        <w:t>Abbonamento semestrale da un’ora e trenta minuti per accesso. Prezzo di listino residenti: € 212,00. Quota a carico della famiglia: € 50,00. </w:t>
      </w:r>
    </w:p>
    <w:p w14:paraId="3472C6BE" w14:textId="77777777" w:rsidR="00234AB8" w:rsidRPr="00567EE2" w:rsidRDefault="00234AB8" w:rsidP="00E217ED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0DC6506D" w14:textId="7C26761B" w:rsidR="000E46B0" w:rsidRPr="00567EE2" w:rsidRDefault="00C37C10" w:rsidP="00E217ED">
      <w:pPr>
        <w:pStyle w:val="paragraph"/>
        <w:spacing w:before="0" w:beforeAutospacing="0" w:after="0" w:afterAutospacing="0"/>
        <w:jc w:val="both"/>
        <w:textAlignment w:val="baseline"/>
        <w:rPr>
          <w:rFonts w:eastAsia="Arial"/>
          <w:b/>
          <w:sz w:val="22"/>
          <w:szCs w:val="22"/>
          <w:lang w:eastAsia="en-US"/>
        </w:rPr>
      </w:pPr>
      <w:sdt>
        <w:sdtPr>
          <w:rPr>
            <w:rFonts w:eastAsia="Arial"/>
            <w:b/>
            <w:sz w:val="22"/>
            <w:szCs w:val="22"/>
            <w:lang w:eastAsia="en-US"/>
          </w:rPr>
          <w:id w:val="1309293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17ED" w:rsidRPr="00567EE2">
            <w:rPr>
              <w:rFonts w:ascii="MS Gothic" w:eastAsia="MS Gothic" w:hAnsi="MS Gothic" w:hint="eastAsia"/>
              <w:b/>
              <w:sz w:val="22"/>
              <w:szCs w:val="22"/>
              <w:lang w:eastAsia="en-US"/>
            </w:rPr>
            <w:t>☐</w:t>
          </w:r>
        </w:sdtContent>
      </w:sdt>
      <w:r w:rsidR="000E46B0" w:rsidRPr="00567EE2">
        <w:rPr>
          <w:rFonts w:eastAsia="Arial"/>
          <w:sz w:val="22"/>
          <w:szCs w:val="22"/>
          <w:lang w:eastAsia="en-US"/>
        </w:rPr>
        <w:t xml:space="preserve"> FASCIA 16-17 ANNI</w:t>
      </w:r>
    </w:p>
    <w:p w14:paraId="6F0041C3" w14:textId="6C933013" w:rsidR="00E217ED" w:rsidRPr="00567EE2" w:rsidRDefault="00234AB8" w:rsidP="00E217ED">
      <w:r w:rsidRPr="00567EE2">
        <w:rPr>
          <w:rFonts w:ascii="Times New Roman" w:hAnsi="Times New Roman" w:cs="Times New Roman"/>
          <w:sz w:val="22"/>
        </w:rPr>
        <w:t>Abbonamento semestrale da un’ora e trenta minuti per accesso. Prezzo di listino residenti: € 269,00. Quota a carico della famiglia: € 70,00. Accesso all’area Wellness +16 consentito secondo il regolamento di Bormio Terme S.p.A. </w:t>
      </w:r>
    </w:p>
    <w:p w14:paraId="775A9F37" w14:textId="57F74DA9" w:rsidR="000E46B0" w:rsidRDefault="00234AB8" w:rsidP="00F23BD9">
      <w:pPr>
        <w:spacing w:after="60" w:line="240" w:lineRule="auto"/>
        <w:jc w:val="both"/>
        <w:rPr>
          <w:rFonts w:ascii="Times New Roman" w:hAnsi="Times New Roman" w:cs="Times New Roman"/>
          <w:sz w:val="22"/>
          <w:szCs w:val="24"/>
        </w:rPr>
      </w:pPr>
      <w:r w:rsidRPr="00567EE2">
        <w:rPr>
          <w:rFonts w:ascii="Times New Roman" w:hAnsi="Times New Roman" w:cs="Times New Roman"/>
          <w:sz w:val="22"/>
          <w:szCs w:val="24"/>
        </w:rPr>
        <w:t>La fascia anagrafica applicabile è determinata d’ufficio in base all’età del minore alla data di emissione del voucher. Su richiesta della famiglia, la durata del singolo accesso può essere estesa da un’ora e trenta minuti a due ore e trenta minuti, previo pagamento diretto a Bormio Terme S.p.A. della relativa differenza. Non è consentita l’estensione della durata dell’abbonamento da sei mesi a un anno. La cauzione, gli eventuali supplementi e i servizi aggiuntivi restano a carico della famiglia.</w:t>
      </w:r>
      <w:r w:rsidRPr="00234AB8">
        <w:rPr>
          <w:rFonts w:ascii="Times New Roman" w:hAnsi="Times New Roman" w:cs="Times New Roman"/>
          <w:sz w:val="22"/>
          <w:szCs w:val="24"/>
        </w:rPr>
        <w:t> </w:t>
      </w:r>
    </w:p>
    <w:p w14:paraId="363A4591" w14:textId="77777777" w:rsidR="00E2584D" w:rsidRPr="000D5E22" w:rsidRDefault="007D4476" w:rsidP="008D06BF">
      <w:pPr>
        <w:spacing w:after="40"/>
        <w:jc w:val="both"/>
        <w:rPr>
          <w:rFonts w:ascii="Times New Roman" w:hAnsi="Times New Roman" w:cs="Times New Roman"/>
          <w:sz w:val="22"/>
        </w:rPr>
      </w:pPr>
      <w:r w:rsidRPr="000D5E22">
        <w:rPr>
          <w:rFonts w:ascii="Times New Roman" w:hAnsi="Times New Roman" w:cs="Times New Roman"/>
          <w:b/>
          <w:sz w:val="22"/>
        </w:rPr>
        <w:t>Accesso Wellness +16: escluso per la fascia 6-15 anni; consentito per la fascia 16-17 anni, secondo il regolamento di Bormio Terme S.p.A.</w:t>
      </w:r>
    </w:p>
    <w:p w14:paraId="748BA9EF" w14:textId="77777777" w:rsidR="00E2584D" w:rsidRPr="000D5E22" w:rsidRDefault="007D4476" w:rsidP="008D06BF">
      <w:pPr>
        <w:spacing w:after="40"/>
        <w:jc w:val="both"/>
        <w:rPr>
          <w:rFonts w:ascii="Times New Roman" w:hAnsi="Times New Roman" w:cs="Times New Roman"/>
          <w:sz w:val="22"/>
        </w:rPr>
      </w:pPr>
      <w:r w:rsidRPr="000D5E22">
        <w:rPr>
          <w:rFonts w:ascii="Times New Roman" w:hAnsi="Times New Roman" w:cs="Times New Roman"/>
          <w:b/>
          <w:sz w:val="22"/>
        </w:rPr>
        <w:t>Il voucher deve essere utilizzato entro il termine indicato nell’avviso e riportato sul voucher; decorso tale termine perde efficacia.</w:t>
      </w:r>
    </w:p>
    <w:p w14:paraId="2D0322FF" w14:textId="77777777" w:rsidR="00AA1FE6" w:rsidRPr="000D5E22" w:rsidRDefault="00AA1FE6">
      <w:pPr>
        <w:spacing w:after="60" w:line="240" w:lineRule="auto"/>
        <w:rPr>
          <w:rFonts w:ascii="Times New Roman" w:hAnsi="Times New Roman" w:cs="Times New Roman"/>
          <w:sz w:val="22"/>
        </w:rPr>
      </w:pPr>
    </w:p>
    <w:p w14:paraId="6C625D23" w14:textId="77777777" w:rsidR="00BD20D0" w:rsidRPr="000D5E22" w:rsidRDefault="00C7003F">
      <w:pPr>
        <w:keepNext/>
        <w:spacing w:before="100" w:after="40" w:line="240" w:lineRule="auto"/>
        <w:rPr>
          <w:rFonts w:ascii="Times New Roman" w:hAnsi="Times New Roman" w:cs="Times New Roman"/>
          <w:sz w:val="22"/>
        </w:rPr>
      </w:pPr>
      <w:r w:rsidRPr="000D5E22">
        <w:rPr>
          <w:rFonts w:ascii="Times New Roman" w:hAnsi="Times New Roman" w:cs="Times New Roman"/>
          <w:b/>
          <w:sz w:val="22"/>
        </w:rPr>
        <w:t>DICHIARA</w:t>
      </w:r>
    </w:p>
    <w:p w14:paraId="149BF304" w14:textId="77777777" w:rsidR="00BD20D0" w:rsidRPr="000D5E22" w:rsidRDefault="00C7003F" w:rsidP="008D06BF">
      <w:pPr>
        <w:spacing w:after="40" w:line="240" w:lineRule="auto"/>
        <w:jc w:val="both"/>
        <w:rPr>
          <w:rFonts w:ascii="Times New Roman" w:hAnsi="Times New Roman" w:cs="Times New Roman"/>
          <w:sz w:val="22"/>
        </w:rPr>
      </w:pPr>
      <w:r w:rsidRPr="000D5E22">
        <w:rPr>
          <w:rFonts w:ascii="Times New Roman" w:hAnsi="Times New Roman" w:cs="Times New Roman"/>
          <w:sz w:val="22"/>
        </w:rPr>
        <w:t>consapevole delle responsabilità e delle conseguenze previste dagli articoli 75 e 76 del D.P.R. n. 445/2000:</w:t>
      </w:r>
    </w:p>
    <w:p w14:paraId="3DC69820" w14:textId="3EFAB527" w:rsidR="00BD20D0" w:rsidRPr="000D5E22" w:rsidRDefault="00C37C10" w:rsidP="00E217ED">
      <w:pPr>
        <w:spacing w:after="20" w:line="240" w:lineRule="auto"/>
        <w:jc w:val="both"/>
        <w:rPr>
          <w:rFonts w:ascii="Times New Roman" w:hAnsi="Times New Roman" w:cs="Times New Roman"/>
          <w:sz w:val="22"/>
        </w:rPr>
      </w:pPr>
      <w:sdt>
        <w:sdtPr>
          <w:rPr>
            <w:rFonts w:ascii="Times New Roman" w:hAnsi="Times New Roman" w:cs="Times New Roman"/>
            <w:sz w:val="22"/>
          </w:rPr>
          <w:id w:val="419763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EE2"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  <w:r w:rsidR="00C7003F" w:rsidRPr="000D5E22">
        <w:rPr>
          <w:rFonts w:ascii="Times New Roman" w:hAnsi="Times New Roman" w:cs="Times New Roman"/>
          <w:sz w:val="22"/>
        </w:rPr>
        <w:t xml:space="preserve"> che il minore è residente nel Comune di Bormio;</w:t>
      </w:r>
    </w:p>
    <w:p w14:paraId="06C6DBE5" w14:textId="33887738" w:rsidR="00BD20D0" w:rsidRPr="000D5E22" w:rsidRDefault="00C37C10" w:rsidP="00E217ED">
      <w:pPr>
        <w:spacing w:after="20" w:line="240" w:lineRule="auto"/>
        <w:jc w:val="both"/>
        <w:rPr>
          <w:rFonts w:ascii="Times New Roman" w:hAnsi="Times New Roman" w:cs="Times New Roman"/>
          <w:sz w:val="22"/>
        </w:rPr>
      </w:pPr>
      <w:sdt>
        <w:sdtPr>
          <w:rPr>
            <w:rFonts w:ascii="Times New Roman" w:hAnsi="Times New Roman" w:cs="Times New Roman"/>
            <w:sz w:val="22"/>
          </w:rPr>
          <w:id w:val="296503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6B0" w:rsidRPr="000D5E22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C7003F" w:rsidRPr="000D5E22">
        <w:rPr>
          <w:rFonts w:ascii="Times New Roman" w:hAnsi="Times New Roman" w:cs="Times New Roman"/>
          <w:sz w:val="22"/>
        </w:rPr>
        <w:t xml:space="preserve"> che, alla data di emissione del voucher, il minore avrà compiuto 6 anni e non avrà ancora compiuto 18 anni;</w:t>
      </w:r>
    </w:p>
    <w:p w14:paraId="15EE929F" w14:textId="59ECFC7E" w:rsidR="00BD20D0" w:rsidRPr="000D5E22" w:rsidRDefault="00C37C10" w:rsidP="00E217ED">
      <w:pPr>
        <w:spacing w:after="20" w:line="240" w:lineRule="auto"/>
        <w:jc w:val="both"/>
        <w:rPr>
          <w:rFonts w:ascii="Times New Roman" w:hAnsi="Times New Roman" w:cs="Times New Roman"/>
          <w:sz w:val="22"/>
        </w:rPr>
      </w:pPr>
      <w:sdt>
        <w:sdtPr>
          <w:rPr>
            <w:rFonts w:ascii="Times New Roman" w:hAnsi="Times New Roman" w:cs="Times New Roman"/>
            <w:sz w:val="22"/>
          </w:rPr>
          <w:id w:val="1181316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6B0" w:rsidRPr="000D5E22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C7003F" w:rsidRPr="000D5E22">
        <w:rPr>
          <w:rFonts w:ascii="Times New Roman" w:hAnsi="Times New Roman" w:cs="Times New Roman"/>
          <w:sz w:val="22"/>
        </w:rPr>
        <w:t xml:space="preserve"> che per il minore non è già stato ottenuto un altro voucher nell’ambito della medesima edizione dell’iniziativa;</w:t>
      </w:r>
    </w:p>
    <w:p w14:paraId="7C7B9A9A" w14:textId="66660FF8" w:rsidR="00BD20D0" w:rsidRPr="000D5E22" w:rsidRDefault="00C37C10" w:rsidP="00E217ED">
      <w:pPr>
        <w:spacing w:after="20" w:line="240" w:lineRule="auto"/>
        <w:jc w:val="both"/>
        <w:rPr>
          <w:rFonts w:ascii="Times New Roman" w:hAnsi="Times New Roman" w:cs="Times New Roman"/>
          <w:sz w:val="22"/>
        </w:rPr>
      </w:pPr>
      <w:sdt>
        <w:sdtPr>
          <w:rPr>
            <w:rFonts w:ascii="Times New Roman" w:hAnsi="Times New Roman" w:cs="Times New Roman"/>
            <w:sz w:val="22"/>
          </w:rPr>
          <w:id w:val="-1816715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6B0" w:rsidRPr="000D5E22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C7003F" w:rsidRPr="000D5E22">
        <w:rPr>
          <w:rFonts w:ascii="Times New Roman" w:hAnsi="Times New Roman" w:cs="Times New Roman"/>
          <w:sz w:val="22"/>
        </w:rPr>
        <w:t xml:space="preserve"> di avere titolo a presentare la domanda in qualità di genitore, tutore o soggetto che esercita la responsabilità genitoriale;</w:t>
      </w:r>
    </w:p>
    <w:p w14:paraId="2CE6F2AB" w14:textId="0AB61757" w:rsidR="00BD20D0" w:rsidRPr="000D5E22" w:rsidRDefault="00C37C10" w:rsidP="00E217ED">
      <w:pPr>
        <w:spacing w:after="20" w:line="240" w:lineRule="auto"/>
        <w:jc w:val="both"/>
        <w:rPr>
          <w:rFonts w:ascii="Times New Roman" w:hAnsi="Times New Roman" w:cs="Times New Roman"/>
          <w:sz w:val="22"/>
        </w:rPr>
      </w:pPr>
      <w:sdt>
        <w:sdtPr>
          <w:rPr>
            <w:rFonts w:ascii="Times New Roman" w:hAnsi="Times New Roman" w:cs="Times New Roman"/>
            <w:sz w:val="22"/>
          </w:rPr>
          <w:id w:val="-503513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6B0" w:rsidRPr="000D5E22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C7003F" w:rsidRPr="000D5E22">
        <w:rPr>
          <w:rFonts w:ascii="Times New Roman" w:hAnsi="Times New Roman" w:cs="Times New Roman"/>
          <w:sz w:val="22"/>
        </w:rPr>
        <w:t xml:space="preserve"> che i dati indicati sono veri e completi e di conoscere e accettare le condizioni dell’avviso pubblico;</w:t>
      </w:r>
    </w:p>
    <w:p w14:paraId="32F8532D" w14:textId="332BD88E" w:rsidR="00BD20D0" w:rsidRPr="000D5E22" w:rsidRDefault="00C37C10" w:rsidP="00E217ED">
      <w:pPr>
        <w:spacing w:after="20" w:line="240" w:lineRule="auto"/>
        <w:jc w:val="both"/>
        <w:rPr>
          <w:rFonts w:ascii="Times New Roman" w:hAnsi="Times New Roman" w:cs="Times New Roman"/>
          <w:sz w:val="22"/>
        </w:rPr>
      </w:pPr>
      <w:sdt>
        <w:sdtPr>
          <w:rPr>
            <w:rFonts w:ascii="Times New Roman" w:hAnsi="Times New Roman" w:cs="Times New Roman"/>
            <w:sz w:val="22"/>
          </w:rPr>
          <w:id w:val="-1430805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6B0" w:rsidRPr="000D5E22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C7003F" w:rsidRPr="000D5E22">
        <w:rPr>
          <w:rFonts w:ascii="Times New Roman" w:hAnsi="Times New Roman" w:cs="Times New Roman"/>
          <w:sz w:val="22"/>
        </w:rPr>
        <w:t xml:space="preserve"> di impegnarsi a comunicare eventuali variazioni rilevanti prima dell’emissione del voucher;</w:t>
      </w:r>
    </w:p>
    <w:p w14:paraId="6C1B320F" w14:textId="77777777" w:rsidR="00BD20D0" w:rsidRPr="000D5E22" w:rsidRDefault="00C7003F" w:rsidP="008D06BF">
      <w:pPr>
        <w:keepNext/>
        <w:spacing w:before="100" w:after="40" w:line="240" w:lineRule="auto"/>
        <w:jc w:val="both"/>
        <w:rPr>
          <w:rFonts w:ascii="Times New Roman" w:hAnsi="Times New Roman" w:cs="Times New Roman"/>
          <w:sz w:val="22"/>
        </w:rPr>
      </w:pPr>
      <w:r w:rsidRPr="000D5E22">
        <w:rPr>
          <w:rFonts w:ascii="Times New Roman" w:hAnsi="Times New Roman" w:cs="Times New Roman"/>
          <w:b/>
          <w:sz w:val="22"/>
        </w:rPr>
        <w:t>PRIVACY</w:t>
      </w:r>
    </w:p>
    <w:p w14:paraId="6A5C51BF" w14:textId="1FE197E7" w:rsidR="00BD20D0" w:rsidRPr="000D5E22" w:rsidRDefault="00C37C10" w:rsidP="008D06BF">
      <w:pPr>
        <w:spacing w:after="20" w:line="240" w:lineRule="auto"/>
        <w:jc w:val="both"/>
        <w:rPr>
          <w:rFonts w:ascii="Times New Roman" w:hAnsi="Times New Roman" w:cs="Times New Roman"/>
          <w:sz w:val="22"/>
        </w:rPr>
      </w:pPr>
      <w:sdt>
        <w:sdtPr>
          <w:rPr>
            <w:rFonts w:ascii="Times New Roman" w:hAnsi="Times New Roman" w:cs="Times New Roman"/>
            <w:sz w:val="22"/>
          </w:rPr>
          <w:id w:val="-636420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6B0" w:rsidRPr="000D5E22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C7003F" w:rsidRPr="000D5E22">
        <w:rPr>
          <w:rFonts w:ascii="Times New Roman" w:hAnsi="Times New Roman" w:cs="Times New Roman"/>
          <w:sz w:val="22"/>
        </w:rPr>
        <w:t xml:space="preserve"> Dichiaro di avere ricevuto e letto l’informativa sul trattamento dei dati personali allegat</w:t>
      </w:r>
      <w:r w:rsidR="003843B9">
        <w:rPr>
          <w:rFonts w:ascii="Times New Roman" w:hAnsi="Times New Roman" w:cs="Times New Roman"/>
          <w:sz w:val="22"/>
        </w:rPr>
        <w:t>a</w:t>
      </w:r>
      <w:r w:rsidR="00C7003F" w:rsidRPr="000D5E22">
        <w:rPr>
          <w:rFonts w:ascii="Times New Roman" w:hAnsi="Times New Roman" w:cs="Times New Roman"/>
          <w:sz w:val="22"/>
        </w:rPr>
        <w:t xml:space="preserve"> </w:t>
      </w:r>
      <w:r w:rsidR="003843B9">
        <w:rPr>
          <w:rFonts w:ascii="Times New Roman" w:hAnsi="Times New Roman" w:cs="Times New Roman"/>
          <w:sz w:val="22"/>
        </w:rPr>
        <w:t>all’avviso</w:t>
      </w:r>
    </w:p>
    <w:p w14:paraId="72B90698" w14:textId="77777777" w:rsidR="00BD20D0" w:rsidRPr="000D5E22" w:rsidRDefault="00C7003F" w:rsidP="008D06BF">
      <w:pPr>
        <w:spacing w:after="40" w:line="240" w:lineRule="auto"/>
        <w:jc w:val="both"/>
        <w:rPr>
          <w:rFonts w:ascii="Times New Roman" w:hAnsi="Times New Roman" w:cs="Times New Roman"/>
          <w:sz w:val="22"/>
        </w:rPr>
      </w:pPr>
      <w:r w:rsidRPr="000D5E22">
        <w:rPr>
          <w:rFonts w:ascii="Times New Roman" w:hAnsi="Times New Roman" w:cs="Times New Roman"/>
          <w:sz w:val="22"/>
        </w:rPr>
        <w:t>Il trattamento necessario alla gestione della domanda non richiede il consenso dell’interessato.</w:t>
      </w:r>
    </w:p>
    <w:p w14:paraId="3F3ED8E0" w14:textId="77777777" w:rsidR="00AA1FE6" w:rsidRPr="000D5E22" w:rsidRDefault="00AA1FE6" w:rsidP="008D06BF">
      <w:pPr>
        <w:spacing w:after="40" w:line="240" w:lineRule="auto"/>
        <w:jc w:val="both"/>
        <w:rPr>
          <w:rFonts w:ascii="Times New Roman" w:hAnsi="Times New Roman" w:cs="Times New Roman"/>
          <w:sz w:val="22"/>
        </w:rPr>
      </w:pPr>
    </w:p>
    <w:p w14:paraId="6912D354" w14:textId="77777777" w:rsidR="00BD20D0" w:rsidRPr="000D5E22" w:rsidRDefault="00C7003F" w:rsidP="008D06BF">
      <w:pPr>
        <w:keepNext/>
        <w:spacing w:before="100" w:after="40" w:line="240" w:lineRule="auto"/>
        <w:jc w:val="both"/>
        <w:rPr>
          <w:rFonts w:ascii="Times New Roman" w:hAnsi="Times New Roman" w:cs="Times New Roman"/>
          <w:sz w:val="22"/>
        </w:rPr>
      </w:pPr>
      <w:r w:rsidRPr="000D5E22">
        <w:rPr>
          <w:rFonts w:ascii="Times New Roman" w:hAnsi="Times New Roman" w:cs="Times New Roman"/>
          <w:b/>
          <w:sz w:val="22"/>
        </w:rPr>
        <w:t>ALLEGATI</w:t>
      </w:r>
    </w:p>
    <w:p w14:paraId="12422213" w14:textId="588D683E" w:rsidR="00BD20D0" w:rsidRPr="000D5E22" w:rsidRDefault="00C37C10" w:rsidP="008D06BF">
      <w:pPr>
        <w:spacing w:after="20" w:line="240" w:lineRule="auto"/>
        <w:jc w:val="both"/>
        <w:rPr>
          <w:rFonts w:ascii="Times New Roman" w:hAnsi="Times New Roman" w:cs="Times New Roman"/>
          <w:sz w:val="22"/>
        </w:rPr>
      </w:pPr>
      <w:sdt>
        <w:sdtPr>
          <w:rPr>
            <w:rFonts w:ascii="Times New Roman" w:hAnsi="Times New Roman" w:cs="Times New Roman"/>
            <w:sz w:val="22"/>
          </w:rPr>
          <w:id w:val="-1417935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5E22"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  <w:r w:rsidR="00C7003F" w:rsidRPr="000D5E22">
        <w:rPr>
          <w:rFonts w:ascii="Times New Roman" w:hAnsi="Times New Roman" w:cs="Times New Roman"/>
          <w:sz w:val="22"/>
        </w:rPr>
        <w:t xml:space="preserve"> copia del documento di identità del richiedente, salvo firma digitale o sottoscrizione davanti all’addetto;</w:t>
      </w:r>
    </w:p>
    <w:p w14:paraId="0E21DD3D" w14:textId="51F3EC2A" w:rsidR="00BD20D0" w:rsidRPr="000D5E22" w:rsidRDefault="00C37C10" w:rsidP="008D06BF">
      <w:pPr>
        <w:spacing w:after="20" w:line="240" w:lineRule="auto"/>
        <w:jc w:val="both"/>
        <w:rPr>
          <w:rFonts w:ascii="Times New Roman" w:hAnsi="Times New Roman" w:cs="Times New Roman"/>
          <w:sz w:val="22"/>
        </w:rPr>
      </w:pPr>
      <w:sdt>
        <w:sdtPr>
          <w:rPr>
            <w:rFonts w:ascii="Times New Roman" w:hAnsi="Times New Roman" w:cs="Times New Roman"/>
            <w:sz w:val="22"/>
          </w:rPr>
          <w:id w:val="1547338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147"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  <w:r w:rsidR="00C7003F" w:rsidRPr="000D5E22">
        <w:rPr>
          <w:rFonts w:ascii="Times New Roman" w:hAnsi="Times New Roman" w:cs="Times New Roman"/>
          <w:sz w:val="22"/>
        </w:rPr>
        <w:t xml:space="preserve"> eventuale documentazione relativa alla tutela o rappresentanza del minore, se richiesta.</w:t>
      </w:r>
    </w:p>
    <w:p w14:paraId="443138B0" w14:textId="77777777" w:rsidR="00AA1FE6" w:rsidRPr="000D5E22" w:rsidRDefault="00AA1FE6">
      <w:pPr>
        <w:spacing w:after="20" w:line="240" w:lineRule="auto"/>
        <w:rPr>
          <w:rFonts w:ascii="Times New Roman" w:hAnsi="Times New Roman" w:cs="Times New Roman"/>
          <w:sz w:val="22"/>
        </w:rPr>
      </w:pPr>
    </w:p>
    <w:p w14:paraId="2F589560" w14:textId="77777777" w:rsidR="00815AB1" w:rsidRPr="000D5E22" w:rsidRDefault="00815AB1">
      <w:pPr>
        <w:spacing w:before="100" w:after="120" w:line="240" w:lineRule="auto"/>
        <w:rPr>
          <w:rFonts w:ascii="Times New Roman" w:hAnsi="Times New Roman" w:cs="Times New Roman"/>
          <w:sz w:val="22"/>
        </w:rPr>
      </w:pPr>
    </w:p>
    <w:p w14:paraId="74674AC1" w14:textId="77777777" w:rsidR="00BD20D0" w:rsidRPr="000D5E22" w:rsidRDefault="00C7003F">
      <w:pPr>
        <w:spacing w:after="40" w:line="240" w:lineRule="auto"/>
        <w:jc w:val="center"/>
        <w:rPr>
          <w:rFonts w:ascii="Times New Roman" w:hAnsi="Times New Roman" w:cs="Times New Roman"/>
          <w:sz w:val="22"/>
        </w:rPr>
      </w:pPr>
      <w:r w:rsidRPr="000D5E22">
        <w:rPr>
          <w:rFonts w:ascii="Times New Roman" w:hAnsi="Times New Roman" w:cs="Times New Roman"/>
          <w:b/>
          <w:sz w:val="22"/>
        </w:rPr>
        <w:t>Firma del genitore/tutore</w:t>
      </w:r>
    </w:p>
    <w:p w14:paraId="39ABC7DF" w14:textId="77777777" w:rsidR="00BD20D0" w:rsidRPr="000D5E22" w:rsidRDefault="00C7003F">
      <w:pPr>
        <w:spacing w:after="100" w:line="240" w:lineRule="auto"/>
        <w:jc w:val="center"/>
        <w:rPr>
          <w:rFonts w:ascii="Times New Roman" w:hAnsi="Times New Roman" w:cs="Times New Roman"/>
          <w:sz w:val="22"/>
        </w:rPr>
      </w:pPr>
      <w:r w:rsidRPr="000D5E22">
        <w:rPr>
          <w:rFonts w:ascii="Times New Roman" w:hAnsi="Times New Roman" w:cs="Times New Roman"/>
          <w:sz w:val="22"/>
        </w:rPr>
        <w:t>________________________________________________________</w:t>
      </w:r>
    </w:p>
    <w:p w14:paraId="6CD5A4BE" w14:textId="0C6561A7" w:rsidR="00AA1FE6" w:rsidRPr="00567EE2" w:rsidRDefault="00C7003F">
      <w:pPr>
        <w:spacing w:after="80" w:line="240" w:lineRule="auto"/>
        <w:rPr>
          <w:rFonts w:ascii="Times New Roman" w:hAnsi="Times New Roman" w:cs="Times New Roman"/>
          <w:b/>
          <w:bCs/>
          <w:sz w:val="22"/>
        </w:rPr>
      </w:pPr>
      <w:r w:rsidRPr="00567EE2">
        <w:rPr>
          <w:rFonts w:ascii="Times New Roman" w:hAnsi="Times New Roman" w:cs="Times New Roman"/>
          <w:b/>
          <w:bCs/>
          <w:sz w:val="22"/>
        </w:rPr>
        <w:t>La firma non deve essere autenticata. Se la domanda non è firmata digitalmente o davanti all’addetto, allegare copia di un documento di identità valido.</w:t>
      </w:r>
    </w:p>
    <w:p w14:paraId="08A0F754" w14:textId="77777777" w:rsidR="00A12076" w:rsidRPr="000D5E22" w:rsidRDefault="00A12076">
      <w:pPr>
        <w:spacing w:after="80" w:line="240" w:lineRule="auto"/>
        <w:rPr>
          <w:rFonts w:ascii="Times New Roman" w:hAnsi="Times New Roman" w:cs="Times New Roman"/>
          <w:sz w:val="22"/>
        </w:rPr>
      </w:pPr>
    </w:p>
    <w:p w14:paraId="0499181E" w14:textId="77777777" w:rsidR="00A12076" w:rsidRDefault="00A12076" w:rsidP="00A12076">
      <w:pPr>
        <w:keepNext/>
        <w:spacing w:before="100" w:after="4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0D5E22">
        <w:rPr>
          <w:rFonts w:ascii="Times New Roman" w:hAnsi="Times New Roman" w:cs="Times New Roman"/>
          <w:b/>
          <w:sz w:val="22"/>
        </w:rPr>
        <w:t>Domanda da presentare nel periodo e con le modalità stabiliti dall’avviso pubblico. L’assegnazione avviene secondo l’ordine cronologico di ricezione delle domande complete e ammissibili, fino a esaurimento delle risorse disponibili.</w:t>
      </w:r>
    </w:p>
    <w:p w14:paraId="7BFE4504" w14:textId="77777777" w:rsidR="00A12076" w:rsidRDefault="00A12076" w:rsidP="00A12076">
      <w:pPr>
        <w:keepNext/>
        <w:spacing w:before="100" w:after="4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1373705E" w14:textId="77777777" w:rsidR="00A12076" w:rsidRDefault="00A12076" w:rsidP="00A12076">
      <w:pPr>
        <w:keepNext/>
        <w:spacing w:before="100" w:after="4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00DAD25F" w14:textId="77777777" w:rsidR="00A12076" w:rsidRDefault="00A12076" w:rsidP="00A12076">
      <w:pPr>
        <w:keepNext/>
        <w:spacing w:before="100" w:after="4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53C075A3" w14:textId="3BB03A8F" w:rsidR="00A12076" w:rsidRDefault="00A12076" w:rsidP="00A120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textAlignment w:val="baseline"/>
        <w:rPr>
          <w:rFonts w:eastAsia="Times New Roman" w:cs="Arial"/>
          <w:sz w:val="21"/>
          <w:szCs w:val="21"/>
          <w:bdr w:val="none" w:sz="0" w:space="0" w:color="auto" w:frame="1"/>
          <w:shd w:val="clear" w:color="auto" w:fill="C6C6C6"/>
          <w:lang w:eastAsia="it-IT"/>
        </w:rPr>
      </w:pPr>
      <w:r w:rsidRPr="00A12076">
        <w:rPr>
          <w:rFonts w:eastAsia="Times New Roman" w:cs="Arial"/>
          <w:b/>
          <w:bCs/>
          <w:sz w:val="21"/>
          <w:szCs w:val="21"/>
          <w:lang w:eastAsia="it-IT"/>
        </w:rPr>
        <w:t>SPAZIO RISERVATO ALL’UFFICIO</w:t>
      </w:r>
    </w:p>
    <w:p w14:paraId="00363C34" w14:textId="77777777" w:rsidR="00A12076" w:rsidRPr="00A12076" w:rsidRDefault="00A12076" w:rsidP="00A12076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</w:p>
    <w:tbl>
      <w:tblPr>
        <w:tblW w:w="10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3736"/>
        <w:gridCol w:w="2359"/>
        <w:gridCol w:w="1831"/>
      </w:tblGrid>
      <w:tr w:rsidR="00A12076" w:rsidRPr="00A12076" w14:paraId="74271C7B" w14:textId="77777777" w:rsidTr="00A12076">
        <w:trPr>
          <w:trHeight w:val="461"/>
        </w:trPr>
        <w:tc>
          <w:tcPr>
            <w:tcW w:w="2415" w:type="dxa"/>
            <w:hideMark/>
          </w:tcPr>
          <w:p w14:paraId="196DDB03" w14:textId="504F3657" w:rsidR="00A12076" w:rsidRPr="00A12076" w:rsidRDefault="00A12076" w:rsidP="00A12076">
            <w:pPr>
              <w:spacing w:before="120" w:after="0" w:line="240" w:lineRule="auto"/>
              <w:ind w:left="142"/>
              <w:textAlignment w:val="baseline"/>
              <w:rPr>
                <w:rFonts w:eastAsia="Times New Roman" w:cs="Arial"/>
                <w:szCs w:val="20"/>
                <w:lang w:eastAsia="it-IT"/>
              </w:rPr>
            </w:pPr>
            <w:r w:rsidRPr="00A12076">
              <w:rPr>
                <w:rFonts w:eastAsia="Times New Roman" w:cs="Arial"/>
                <w:szCs w:val="20"/>
                <w:lang w:eastAsia="it-IT"/>
              </w:rPr>
              <w:t>Data di ricezione</w:t>
            </w:r>
          </w:p>
        </w:tc>
        <w:tc>
          <w:tcPr>
            <w:tcW w:w="3736" w:type="dxa"/>
            <w:hideMark/>
          </w:tcPr>
          <w:p w14:paraId="2677D20A" w14:textId="77777777" w:rsidR="00A12076" w:rsidRPr="00A12076" w:rsidRDefault="00A12076" w:rsidP="00A12076">
            <w:pPr>
              <w:spacing w:before="120" w:after="0" w:line="240" w:lineRule="auto"/>
              <w:textAlignment w:val="baseline"/>
              <w:rPr>
                <w:rFonts w:eastAsia="Times New Roman" w:cs="Arial"/>
                <w:szCs w:val="20"/>
                <w:lang w:eastAsia="it-IT"/>
              </w:rPr>
            </w:pPr>
            <w:r w:rsidRPr="00A12076">
              <w:rPr>
                <w:rFonts w:eastAsia="Times New Roman" w:cs="Arial"/>
                <w:szCs w:val="20"/>
                <w:lang w:eastAsia="it-IT"/>
              </w:rPr>
              <w:t>____ / ____ / ______ </w:t>
            </w:r>
          </w:p>
        </w:tc>
        <w:tc>
          <w:tcPr>
            <w:tcW w:w="2359" w:type="dxa"/>
            <w:hideMark/>
          </w:tcPr>
          <w:p w14:paraId="5DC19C34" w14:textId="768BAC1E" w:rsidR="00A12076" w:rsidRPr="00A12076" w:rsidRDefault="00A12076" w:rsidP="00A12076">
            <w:pPr>
              <w:spacing w:before="120" w:after="0" w:line="240" w:lineRule="auto"/>
              <w:ind w:left="88"/>
              <w:textAlignment w:val="baseline"/>
              <w:rPr>
                <w:rFonts w:eastAsia="Times New Roman" w:cs="Arial"/>
                <w:szCs w:val="20"/>
                <w:lang w:eastAsia="it-IT"/>
              </w:rPr>
            </w:pPr>
            <w:r w:rsidRPr="00A12076">
              <w:rPr>
                <w:rFonts w:eastAsia="Times New Roman" w:cs="Arial"/>
                <w:szCs w:val="20"/>
                <w:lang w:eastAsia="it-IT"/>
              </w:rPr>
              <w:t>Ora di ricezione</w:t>
            </w:r>
          </w:p>
        </w:tc>
        <w:tc>
          <w:tcPr>
            <w:tcW w:w="1831" w:type="dxa"/>
            <w:hideMark/>
          </w:tcPr>
          <w:p w14:paraId="6792572C" w14:textId="77777777" w:rsidR="00A12076" w:rsidRPr="00A12076" w:rsidRDefault="00A12076" w:rsidP="00A12076">
            <w:pPr>
              <w:spacing w:before="120" w:after="0" w:line="240" w:lineRule="auto"/>
              <w:ind w:left="136" w:firstLine="6"/>
              <w:textAlignment w:val="baseline"/>
              <w:rPr>
                <w:rFonts w:eastAsia="Times New Roman" w:cs="Arial"/>
                <w:szCs w:val="20"/>
                <w:lang w:eastAsia="it-IT"/>
              </w:rPr>
            </w:pPr>
            <w:r w:rsidRPr="00A12076">
              <w:rPr>
                <w:rFonts w:eastAsia="Times New Roman" w:cs="Arial"/>
                <w:szCs w:val="20"/>
                <w:lang w:eastAsia="it-IT"/>
              </w:rPr>
              <w:t>____ : ____ </w:t>
            </w:r>
          </w:p>
        </w:tc>
      </w:tr>
      <w:tr w:rsidR="00A12076" w:rsidRPr="00A12076" w14:paraId="7C20B7FD" w14:textId="77777777" w:rsidTr="00A12076">
        <w:trPr>
          <w:trHeight w:val="300"/>
        </w:trPr>
        <w:tc>
          <w:tcPr>
            <w:tcW w:w="2415" w:type="dxa"/>
            <w:hideMark/>
          </w:tcPr>
          <w:p w14:paraId="1B7C914C" w14:textId="0AE89386" w:rsidR="00A12076" w:rsidRPr="00A12076" w:rsidRDefault="00A12076" w:rsidP="00A12076">
            <w:pPr>
              <w:spacing w:before="120" w:after="0" w:line="240" w:lineRule="auto"/>
              <w:ind w:left="142"/>
              <w:textAlignment w:val="baseline"/>
              <w:rPr>
                <w:rFonts w:eastAsia="Times New Roman" w:cs="Arial"/>
                <w:szCs w:val="20"/>
                <w:lang w:eastAsia="it-IT"/>
              </w:rPr>
            </w:pPr>
            <w:r w:rsidRPr="00A12076">
              <w:rPr>
                <w:rFonts w:eastAsia="Times New Roman" w:cs="Arial"/>
                <w:szCs w:val="20"/>
                <w:lang w:eastAsia="it-IT"/>
              </w:rPr>
              <w:t>Modalità di ricezione</w:t>
            </w:r>
          </w:p>
        </w:tc>
        <w:tc>
          <w:tcPr>
            <w:tcW w:w="3736" w:type="dxa"/>
            <w:hideMark/>
          </w:tcPr>
          <w:p w14:paraId="14DED8C5" w14:textId="2675B996" w:rsidR="00A12076" w:rsidRPr="00A12076" w:rsidRDefault="00A12076" w:rsidP="00A12076">
            <w:pPr>
              <w:spacing w:before="120" w:after="0" w:line="240" w:lineRule="auto"/>
              <w:textAlignment w:val="baseline"/>
              <w:rPr>
                <w:rFonts w:eastAsia="Times New Roman" w:cs="Arial"/>
                <w:szCs w:val="20"/>
                <w:lang w:eastAsia="it-IT"/>
              </w:rPr>
            </w:pPr>
            <w:r w:rsidRPr="00A12076">
              <w:rPr>
                <w:rFonts w:ascii="Segoe UI Symbol" w:eastAsia="Times New Roman" w:hAnsi="Segoe UI Symbol" w:cs="Segoe UI Symbol"/>
                <w:szCs w:val="20"/>
                <w:lang w:eastAsia="it-IT"/>
              </w:rPr>
              <w:t>☐</w:t>
            </w:r>
            <w:r w:rsidRPr="00A12076">
              <w:rPr>
                <w:rFonts w:eastAsia="Times New Roman" w:cs="Arial"/>
                <w:szCs w:val="20"/>
                <w:lang w:eastAsia="it-IT"/>
              </w:rPr>
              <w:t xml:space="preserve"> PEC   </w:t>
            </w:r>
            <w:r w:rsidRPr="00A12076">
              <w:rPr>
                <w:rFonts w:ascii="Segoe UI Symbol" w:eastAsia="Times New Roman" w:hAnsi="Segoe UI Symbol" w:cs="Segoe UI Symbol"/>
                <w:szCs w:val="20"/>
                <w:lang w:eastAsia="it-IT"/>
              </w:rPr>
              <w:t>☐</w:t>
            </w:r>
            <w:r w:rsidRPr="00A12076">
              <w:rPr>
                <w:rFonts w:eastAsia="Times New Roman" w:cs="Arial"/>
                <w:szCs w:val="20"/>
                <w:lang w:eastAsia="it-IT"/>
              </w:rPr>
              <w:t xml:space="preserve"> e-mail   </w:t>
            </w:r>
            <w:r w:rsidRPr="00A12076">
              <w:rPr>
                <w:rFonts w:ascii="Segoe UI Symbol" w:eastAsia="Times New Roman" w:hAnsi="Segoe UI Symbol" w:cs="Segoe UI Symbol"/>
                <w:szCs w:val="20"/>
                <w:lang w:eastAsia="it-IT"/>
              </w:rPr>
              <w:t>☐</w:t>
            </w:r>
            <w:r w:rsidRPr="00A12076">
              <w:rPr>
                <w:rFonts w:eastAsia="Times New Roman" w:cs="Arial"/>
                <w:szCs w:val="20"/>
                <w:lang w:eastAsia="it-IT"/>
              </w:rPr>
              <w:t xml:space="preserve"> consegna diretta</w:t>
            </w:r>
          </w:p>
        </w:tc>
        <w:tc>
          <w:tcPr>
            <w:tcW w:w="2359" w:type="dxa"/>
            <w:hideMark/>
          </w:tcPr>
          <w:p w14:paraId="442EADF8" w14:textId="675703A4" w:rsidR="00A12076" w:rsidRPr="00A12076" w:rsidRDefault="00A12076" w:rsidP="00A12076">
            <w:pPr>
              <w:spacing w:before="120" w:after="0" w:line="240" w:lineRule="auto"/>
              <w:ind w:left="88"/>
              <w:textAlignment w:val="baseline"/>
              <w:rPr>
                <w:rFonts w:eastAsia="Times New Roman" w:cs="Arial"/>
                <w:szCs w:val="20"/>
                <w:lang w:eastAsia="it-IT"/>
              </w:rPr>
            </w:pPr>
            <w:r w:rsidRPr="00A12076">
              <w:rPr>
                <w:rFonts w:eastAsia="Times New Roman" w:cs="Arial"/>
                <w:szCs w:val="20"/>
                <w:lang w:eastAsia="it-IT"/>
              </w:rPr>
              <w:t>Domanda completa</w:t>
            </w:r>
          </w:p>
        </w:tc>
        <w:tc>
          <w:tcPr>
            <w:tcW w:w="1831" w:type="dxa"/>
            <w:hideMark/>
          </w:tcPr>
          <w:p w14:paraId="4DD4E9F8" w14:textId="732026C6" w:rsidR="00A12076" w:rsidRPr="00A12076" w:rsidRDefault="00A12076" w:rsidP="00A12076">
            <w:pPr>
              <w:spacing w:before="120" w:after="0" w:line="240" w:lineRule="auto"/>
              <w:ind w:left="136" w:firstLine="6"/>
              <w:textAlignment w:val="baseline"/>
              <w:rPr>
                <w:rFonts w:eastAsia="Times New Roman" w:cs="Arial"/>
                <w:szCs w:val="20"/>
                <w:lang w:eastAsia="it-IT"/>
              </w:rPr>
            </w:pPr>
            <w:r w:rsidRPr="00A12076">
              <w:rPr>
                <w:rFonts w:ascii="Segoe UI Symbol" w:eastAsia="Times New Roman" w:hAnsi="Segoe UI Symbol" w:cs="Segoe UI Symbol"/>
                <w:szCs w:val="20"/>
                <w:lang w:eastAsia="it-IT"/>
              </w:rPr>
              <w:t>☐</w:t>
            </w:r>
            <w:r w:rsidRPr="00A12076">
              <w:rPr>
                <w:rFonts w:eastAsia="Times New Roman" w:cs="Arial"/>
                <w:szCs w:val="20"/>
                <w:lang w:eastAsia="it-IT"/>
              </w:rPr>
              <w:t xml:space="preserve"> Sì </w:t>
            </w:r>
            <w:r w:rsidRPr="00A12076">
              <w:rPr>
                <w:rFonts w:ascii="Segoe UI Symbol" w:eastAsia="Times New Roman" w:hAnsi="Segoe UI Symbol" w:cs="Segoe UI Symbol"/>
                <w:szCs w:val="20"/>
                <w:lang w:eastAsia="it-IT"/>
              </w:rPr>
              <w:t>☐</w:t>
            </w:r>
            <w:r w:rsidRPr="00A12076">
              <w:rPr>
                <w:rFonts w:eastAsia="Times New Roman" w:cs="Arial"/>
                <w:szCs w:val="20"/>
                <w:lang w:eastAsia="it-IT"/>
              </w:rPr>
              <w:t xml:space="preserve"> No</w:t>
            </w:r>
          </w:p>
        </w:tc>
      </w:tr>
      <w:tr w:rsidR="00A12076" w:rsidRPr="00A12076" w14:paraId="4CF939E5" w14:textId="77777777" w:rsidTr="00A12076">
        <w:trPr>
          <w:trHeight w:val="300"/>
        </w:trPr>
        <w:tc>
          <w:tcPr>
            <w:tcW w:w="2415" w:type="dxa"/>
            <w:hideMark/>
          </w:tcPr>
          <w:p w14:paraId="365C6E00" w14:textId="43837D96" w:rsidR="00A12076" w:rsidRPr="00A12076" w:rsidRDefault="00A12076" w:rsidP="00A12076">
            <w:pPr>
              <w:spacing w:before="120" w:after="0" w:line="240" w:lineRule="auto"/>
              <w:ind w:left="142"/>
              <w:textAlignment w:val="baseline"/>
              <w:rPr>
                <w:rFonts w:eastAsia="Times New Roman" w:cs="Arial"/>
                <w:szCs w:val="20"/>
                <w:lang w:eastAsia="it-IT"/>
              </w:rPr>
            </w:pPr>
            <w:r w:rsidRPr="00A12076">
              <w:rPr>
                <w:rFonts w:eastAsia="Times New Roman" w:cs="Arial"/>
                <w:szCs w:val="20"/>
                <w:lang w:eastAsia="it-IT"/>
              </w:rPr>
              <w:t>Fascia verificata</w:t>
            </w:r>
          </w:p>
        </w:tc>
        <w:tc>
          <w:tcPr>
            <w:tcW w:w="3736" w:type="dxa"/>
            <w:hideMark/>
          </w:tcPr>
          <w:p w14:paraId="12F4D277" w14:textId="4EEBB313" w:rsidR="00A12076" w:rsidRPr="00A12076" w:rsidRDefault="00A12076" w:rsidP="00A12076">
            <w:pPr>
              <w:spacing w:before="120" w:after="0" w:line="240" w:lineRule="auto"/>
              <w:textAlignment w:val="baseline"/>
              <w:rPr>
                <w:rFonts w:eastAsia="Times New Roman" w:cs="Arial"/>
                <w:szCs w:val="20"/>
                <w:lang w:eastAsia="it-IT"/>
              </w:rPr>
            </w:pPr>
            <w:r w:rsidRPr="00A12076">
              <w:rPr>
                <w:rFonts w:ascii="Segoe UI Symbol" w:eastAsia="Times New Roman" w:hAnsi="Segoe UI Symbol" w:cs="Segoe UI Symbol"/>
                <w:szCs w:val="20"/>
                <w:lang w:eastAsia="it-IT"/>
              </w:rPr>
              <w:t>☐</w:t>
            </w:r>
            <w:r w:rsidRPr="00A12076">
              <w:rPr>
                <w:rFonts w:eastAsia="Times New Roman" w:cs="Arial"/>
                <w:szCs w:val="20"/>
                <w:lang w:eastAsia="it-IT"/>
              </w:rPr>
              <w:t xml:space="preserve"> 6-15 anni </w:t>
            </w:r>
            <w:r w:rsidRPr="00A12076">
              <w:rPr>
                <w:rFonts w:ascii="Segoe UI Symbol" w:eastAsia="Times New Roman" w:hAnsi="Segoe UI Symbol" w:cs="Segoe UI Symbol"/>
                <w:szCs w:val="20"/>
                <w:lang w:eastAsia="it-IT"/>
              </w:rPr>
              <w:t>☐</w:t>
            </w:r>
            <w:r w:rsidRPr="00A12076">
              <w:rPr>
                <w:rFonts w:eastAsia="Times New Roman" w:cs="Arial"/>
                <w:szCs w:val="20"/>
                <w:lang w:eastAsia="it-IT"/>
              </w:rPr>
              <w:t xml:space="preserve"> 16-17 anni</w:t>
            </w:r>
          </w:p>
        </w:tc>
        <w:tc>
          <w:tcPr>
            <w:tcW w:w="2359" w:type="dxa"/>
            <w:hideMark/>
          </w:tcPr>
          <w:p w14:paraId="553AD840" w14:textId="2645EDB2" w:rsidR="00A12076" w:rsidRPr="00A12076" w:rsidRDefault="00A12076" w:rsidP="00A12076">
            <w:pPr>
              <w:spacing w:before="120" w:after="0" w:line="240" w:lineRule="auto"/>
              <w:ind w:left="88"/>
              <w:textAlignment w:val="baseline"/>
              <w:rPr>
                <w:rFonts w:eastAsia="Times New Roman" w:cs="Arial"/>
                <w:szCs w:val="20"/>
                <w:lang w:eastAsia="it-IT"/>
              </w:rPr>
            </w:pPr>
            <w:r w:rsidRPr="00A12076">
              <w:rPr>
                <w:rFonts w:eastAsia="Times New Roman" w:cs="Arial"/>
                <w:szCs w:val="20"/>
                <w:lang w:eastAsia="it-IT"/>
              </w:rPr>
              <w:t>Disponibilità fondi</w:t>
            </w:r>
          </w:p>
        </w:tc>
        <w:tc>
          <w:tcPr>
            <w:tcW w:w="1831" w:type="dxa"/>
            <w:hideMark/>
          </w:tcPr>
          <w:p w14:paraId="4D86F1DB" w14:textId="758350CF" w:rsidR="00A12076" w:rsidRPr="00A12076" w:rsidRDefault="00A12076" w:rsidP="00A12076">
            <w:pPr>
              <w:spacing w:before="120" w:after="0" w:line="240" w:lineRule="auto"/>
              <w:ind w:left="136" w:firstLine="6"/>
              <w:textAlignment w:val="baseline"/>
              <w:rPr>
                <w:rFonts w:eastAsia="Times New Roman" w:cs="Arial"/>
                <w:szCs w:val="20"/>
                <w:lang w:eastAsia="it-IT"/>
              </w:rPr>
            </w:pPr>
            <w:r w:rsidRPr="00A12076">
              <w:rPr>
                <w:rFonts w:ascii="Segoe UI Symbol" w:eastAsia="Times New Roman" w:hAnsi="Segoe UI Symbol" w:cs="Segoe UI Symbol"/>
                <w:szCs w:val="20"/>
                <w:lang w:eastAsia="it-IT"/>
              </w:rPr>
              <w:t>☐</w:t>
            </w:r>
            <w:r w:rsidRPr="00A12076">
              <w:rPr>
                <w:rFonts w:eastAsia="Times New Roman" w:cs="Arial"/>
                <w:szCs w:val="20"/>
                <w:lang w:eastAsia="it-IT"/>
              </w:rPr>
              <w:t xml:space="preserve"> Sì </w:t>
            </w:r>
            <w:r w:rsidRPr="00A12076">
              <w:rPr>
                <w:rFonts w:ascii="Segoe UI Symbol" w:eastAsia="Times New Roman" w:hAnsi="Segoe UI Symbol" w:cs="Segoe UI Symbol"/>
                <w:szCs w:val="20"/>
                <w:lang w:eastAsia="it-IT"/>
              </w:rPr>
              <w:t>☐</w:t>
            </w:r>
            <w:r w:rsidRPr="00A12076">
              <w:rPr>
                <w:rFonts w:eastAsia="Times New Roman" w:cs="Arial"/>
                <w:szCs w:val="20"/>
                <w:lang w:eastAsia="it-IT"/>
              </w:rPr>
              <w:t xml:space="preserve"> No</w:t>
            </w:r>
          </w:p>
        </w:tc>
      </w:tr>
    </w:tbl>
    <w:p w14:paraId="06464199" w14:textId="77777777" w:rsidR="00A12076" w:rsidRDefault="00A12076" w:rsidP="00A12076">
      <w:pPr>
        <w:spacing w:after="0" w:line="240" w:lineRule="auto"/>
        <w:jc w:val="both"/>
        <w:textAlignment w:val="baseline"/>
        <w:rPr>
          <w:rFonts w:eastAsia="Times New Roman" w:cs="Arial"/>
          <w:szCs w:val="20"/>
          <w:lang w:eastAsia="it-IT"/>
        </w:rPr>
      </w:pPr>
    </w:p>
    <w:p w14:paraId="15ADD047" w14:textId="431E8E4F" w:rsidR="00A12076" w:rsidRPr="00A12076" w:rsidRDefault="00A12076" w:rsidP="00A12076">
      <w:pPr>
        <w:spacing w:after="0" w:line="240" w:lineRule="auto"/>
        <w:jc w:val="both"/>
        <w:textAlignment w:val="baseline"/>
        <w:rPr>
          <w:rFonts w:eastAsia="Times New Roman" w:cs="Arial"/>
          <w:szCs w:val="20"/>
          <w:lang w:eastAsia="it-IT"/>
        </w:rPr>
      </w:pPr>
      <w:r w:rsidRPr="00A12076">
        <w:rPr>
          <w:rFonts w:eastAsia="Times New Roman" w:cs="Arial"/>
          <w:szCs w:val="20"/>
          <w:lang w:eastAsia="it-IT"/>
        </w:rPr>
        <w:t>La data e l’ora di ricezione sono utilizzate per determinare l’ordine cronologico della domanda secondo i criteri stabiliti dall’avviso pubblico.</w:t>
      </w:r>
      <w:r w:rsidRPr="00A12076">
        <w:rPr>
          <w:rFonts w:eastAsia="Times New Roman" w:cs="Arial"/>
          <w:szCs w:val="20"/>
          <w:bdr w:val="none" w:sz="0" w:space="0" w:color="auto" w:frame="1"/>
          <w:shd w:val="clear" w:color="auto" w:fill="C6C6C6"/>
          <w:lang w:eastAsia="it-IT"/>
        </w:rPr>
        <w:t> </w:t>
      </w:r>
    </w:p>
    <w:p w14:paraId="59099F32" w14:textId="77777777" w:rsidR="00A12076" w:rsidRDefault="00A12076" w:rsidP="00A12076">
      <w:pPr>
        <w:keepNext/>
        <w:spacing w:before="100" w:after="4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18642FA" w14:textId="01E3A9D4" w:rsidR="00A12076" w:rsidRPr="00A12076" w:rsidRDefault="00A12076" w:rsidP="00A1207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</w:p>
    <w:p w14:paraId="17D8FCA3" w14:textId="77777777" w:rsidR="00A12076" w:rsidRDefault="00A12076" w:rsidP="00A12076">
      <w:pPr>
        <w:keepNext/>
        <w:spacing w:before="100" w:after="40" w:line="240" w:lineRule="auto"/>
        <w:jc w:val="center"/>
        <w:rPr>
          <w:rFonts w:ascii="Times New Roman" w:hAnsi="Times New Roman" w:cs="Times New Roman"/>
          <w:b/>
          <w:sz w:val="22"/>
        </w:rPr>
      </w:pPr>
    </w:p>
    <w:sectPr w:rsidR="00A12076" w:rsidSect="00F23BD9">
      <w:footerReference w:type="default" r:id="rId8"/>
      <w:pgSz w:w="12240" w:h="15840"/>
      <w:pgMar w:top="851" w:right="1020" w:bottom="79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D0A08" w14:textId="77777777" w:rsidR="00C37C10" w:rsidRPr="00F23BD9" w:rsidRDefault="00C37C10">
      <w:pPr>
        <w:spacing w:after="0" w:line="240" w:lineRule="auto"/>
      </w:pPr>
      <w:r w:rsidRPr="00F23BD9">
        <w:separator/>
      </w:r>
    </w:p>
  </w:endnote>
  <w:endnote w:type="continuationSeparator" w:id="0">
    <w:p w14:paraId="3351B694" w14:textId="77777777" w:rsidR="00C37C10" w:rsidRPr="00F23BD9" w:rsidRDefault="00C37C10">
      <w:pPr>
        <w:spacing w:after="0" w:line="240" w:lineRule="auto"/>
      </w:pPr>
      <w:r w:rsidRPr="00F23B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C58C8" w14:textId="484C5CCB" w:rsidR="00BD20D0" w:rsidRPr="00F23BD9" w:rsidRDefault="00BD20D0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1AC14" w14:textId="77777777" w:rsidR="00C37C10" w:rsidRPr="00F23BD9" w:rsidRDefault="00C37C10">
      <w:pPr>
        <w:spacing w:after="0" w:line="240" w:lineRule="auto"/>
      </w:pPr>
      <w:r w:rsidRPr="00F23BD9">
        <w:separator/>
      </w:r>
    </w:p>
  </w:footnote>
  <w:footnote w:type="continuationSeparator" w:id="0">
    <w:p w14:paraId="0AC05F13" w14:textId="77777777" w:rsidR="00C37C10" w:rsidRPr="00F23BD9" w:rsidRDefault="00C37C10">
      <w:pPr>
        <w:spacing w:after="0" w:line="240" w:lineRule="auto"/>
      </w:pPr>
      <w:r w:rsidRPr="00F23BD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4483314">
    <w:abstractNumId w:val="8"/>
  </w:num>
  <w:num w:numId="2" w16cid:durableId="2079129843">
    <w:abstractNumId w:val="6"/>
  </w:num>
  <w:num w:numId="3" w16cid:durableId="263265334">
    <w:abstractNumId w:val="5"/>
  </w:num>
  <w:num w:numId="4" w16cid:durableId="988703402">
    <w:abstractNumId w:val="4"/>
  </w:num>
  <w:num w:numId="5" w16cid:durableId="519322139">
    <w:abstractNumId w:val="7"/>
  </w:num>
  <w:num w:numId="6" w16cid:durableId="595526204">
    <w:abstractNumId w:val="3"/>
  </w:num>
  <w:num w:numId="7" w16cid:durableId="1909071998">
    <w:abstractNumId w:val="2"/>
  </w:num>
  <w:num w:numId="8" w16cid:durableId="1711563070">
    <w:abstractNumId w:val="1"/>
  </w:num>
  <w:num w:numId="9" w16cid:durableId="2068524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E22"/>
    <w:rsid w:val="000E46B0"/>
    <w:rsid w:val="0015074B"/>
    <w:rsid w:val="001F49F6"/>
    <w:rsid w:val="00234AB8"/>
    <w:rsid w:val="0029639D"/>
    <w:rsid w:val="002A3A11"/>
    <w:rsid w:val="002E73C5"/>
    <w:rsid w:val="00326F90"/>
    <w:rsid w:val="003843B9"/>
    <w:rsid w:val="00567EE2"/>
    <w:rsid w:val="00600732"/>
    <w:rsid w:val="00633B31"/>
    <w:rsid w:val="00681835"/>
    <w:rsid w:val="00697147"/>
    <w:rsid w:val="006A6BB3"/>
    <w:rsid w:val="007D4476"/>
    <w:rsid w:val="007E224B"/>
    <w:rsid w:val="0081115A"/>
    <w:rsid w:val="00815AB1"/>
    <w:rsid w:val="0084397E"/>
    <w:rsid w:val="00876F7E"/>
    <w:rsid w:val="008774BE"/>
    <w:rsid w:val="008D06BF"/>
    <w:rsid w:val="00A12076"/>
    <w:rsid w:val="00A512A4"/>
    <w:rsid w:val="00AA1C0D"/>
    <w:rsid w:val="00AA1D8D"/>
    <w:rsid w:val="00AA1FE6"/>
    <w:rsid w:val="00AF287E"/>
    <w:rsid w:val="00B22280"/>
    <w:rsid w:val="00B257B2"/>
    <w:rsid w:val="00B3044A"/>
    <w:rsid w:val="00B47730"/>
    <w:rsid w:val="00B47CE1"/>
    <w:rsid w:val="00B65DB9"/>
    <w:rsid w:val="00B67C21"/>
    <w:rsid w:val="00BD20D0"/>
    <w:rsid w:val="00C37C10"/>
    <w:rsid w:val="00C61852"/>
    <w:rsid w:val="00C7003F"/>
    <w:rsid w:val="00CB0664"/>
    <w:rsid w:val="00CF73B4"/>
    <w:rsid w:val="00DD285B"/>
    <w:rsid w:val="00E217ED"/>
    <w:rsid w:val="00E2584D"/>
    <w:rsid w:val="00EA6085"/>
    <w:rsid w:val="00F23B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7F6168"/>
  <w14:defaultImageDpi w14:val="300"/>
  <w15:docId w15:val="{95653B3F-20E4-4FF0-9A63-B0114DCB5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0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agraph">
    <w:name w:val="paragraph"/>
    <w:basedOn w:val="Normale"/>
    <w:rsid w:val="000E4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0E46B0"/>
  </w:style>
  <w:style w:type="character" w:customStyle="1" w:styleId="eop">
    <w:name w:val="eop"/>
    <w:basedOn w:val="Carpredefinitoparagrafo"/>
    <w:rsid w:val="000E4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714</Words>
  <Characters>4075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Di Pierro</dc:creator>
  <cp:keywords/>
  <dc:description>generated by python-docx</dc:description>
  <cp:lastModifiedBy>Riccardo Di Pierro</cp:lastModifiedBy>
  <cp:revision>7</cp:revision>
  <cp:lastPrinted>2026-11-03T09:34:00Z</cp:lastPrinted>
  <dcterms:created xsi:type="dcterms:W3CDTF">2026-11-03T14:23:00Z</dcterms:created>
  <dcterms:modified xsi:type="dcterms:W3CDTF">2026-11-05T09:38:00Z</dcterms:modified>
  <cp:category/>
</cp:coreProperties>
</file>