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56"/>
        <w:gridCol w:w="5156"/>
      </w:tblGrid>
      <w:tr w:rsidR="00ED5F33" w:rsidRPr="00B5533B" w14:paraId="29D8C83C" w14:textId="77777777">
        <w:trPr>
          <w:jc w:val="center"/>
        </w:trPr>
        <w:tc>
          <w:tcPr>
            <w:tcW w:w="51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E6286A" w14:textId="77777777" w:rsidR="00ED5F33" w:rsidRPr="00B5533B" w:rsidRDefault="00ED5F33" w:rsidP="00D36BD1">
            <w:pPr>
              <w:tabs>
                <w:tab w:val="left" w:pos="9639"/>
              </w:tabs>
            </w:pPr>
          </w:p>
        </w:tc>
        <w:tc>
          <w:tcPr>
            <w:tcW w:w="51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A92AB9" w14:textId="10B4E8FC" w:rsidR="00ED5F33" w:rsidRPr="00B5533B" w:rsidRDefault="00ED5F33" w:rsidP="00D36BD1">
            <w:pPr>
              <w:tabs>
                <w:tab w:val="left" w:pos="9639"/>
              </w:tabs>
              <w:jc w:val="center"/>
            </w:pPr>
          </w:p>
        </w:tc>
      </w:tr>
    </w:tbl>
    <w:p w14:paraId="7C867524" w14:textId="77777777" w:rsidR="00ED5F33" w:rsidRPr="00B5533B" w:rsidRDefault="00DD1928" w:rsidP="00D36BD1">
      <w:pPr>
        <w:pStyle w:val="Titolo"/>
        <w:tabs>
          <w:tab w:val="left" w:pos="9639"/>
        </w:tabs>
        <w:jc w:val="center"/>
        <w:rPr>
          <w:color w:val="auto"/>
        </w:rPr>
      </w:pPr>
      <w:r w:rsidRPr="00B5533B">
        <w:rPr>
          <w:color w:val="auto"/>
        </w:rPr>
        <w:t>DICHIARAZIONE PER L’APPLICAZIONE</w:t>
      </w:r>
      <w:r w:rsidRPr="00B5533B">
        <w:rPr>
          <w:color w:val="auto"/>
        </w:rPr>
        <w:br/>
        <w:t>DELLE DETRAZIONI D’IMPOSTA</w:t>
      </w:r>
    </w:p>
    <w:p w14:paraId="4D48F3FE" w14:textId="77777777" w:rsidR="00ED5F33" w:rsidRPr="00B5533B" w:rsidRDefault="00DD1928" w:rsidP="00D36BD1">
      <w:pPr>
        <w:tabs>
          <w:tab w:val="left" w:pos="9639"/>
        </w:tabs>
        <w:jc w:val="center"/>
      </w:pPr>
      <w:r w:rsidRPr="00B5533B">
        <w:rPr>
          <w:b/>
          <w:sz w:val="21"/>
        </w:rPr>
        <w:t>Borsa di studio assegnata a studente minorenne</w:t>
      </w:r>
    </w:p>
    <w:p w14:paraId="02C53251" w14:textId="77777777" w:rsidR="00ED5F33" w:rsidRPr="00B5533B" w:rsidRDefault="00DD1928" w:rsidP="00D36BD1">
      <w:pPr>
        <w:tabs>
          <w:tab w:val="left" w:pos="9639"/>
        </w:tabs>
        <w:jc w:val="center"/>
      </w:pPr>
      <w:r w:rsidRPr="00B5533B">
        <w:rPr>
          <w:i/>
          <w:sz w:val="17"/>
        </w:rPr>
        <w:t>Articolo 13 del D.P.R. 22 dicembre 1986, n. 917 – ritenute sui redditi assimilati ai sensi dell’articolo 24 del D.P.R. 29 settembre 1973, n. 600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12"/>
      </w:tblGrid>
      <w:tr w:rsidR="00ED5F33" w:rsidRPr="00B5533B" w14:paraId="31F423E6" w14:textId="77777777">
        <w:tc>
          <w:tcPr>
            <w:tcW w:w="10312" w:type="dxa"/>
            <w:shd w:val="clear" w:color="auto" w:fill="F4EAF0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6227F523" w14:textId="77777777" w:rsidR="00ED5F33" w:rsidRPr="00B5533B" w:rsidRDefault="00DD1928" w:rsidP="00D36BD1">
            <w:pPr>
              <w:tabs>
                <w:tab w:val="left" w:pos="9639"/>
              </w:tabs>
            </w:pPr>
            <w:r w:rsidRPr="00B5533B">
              <w:rPr>
                <w:b/>
              </w:rPr>
              <w:t>ISTRUZIONI</w:t>
            </w:r>
            <w:r w:rsidRPr="00B5533B">
              <w:br/>
              <w:t>Il presente modello deve essere compilato e sottoscritto dal genitore o dal soggetto che esercita la responsabilità genitoriale, in nome e per conto dello studente minorenne beneficiario della borsa di studio. Selezionare una sola delle opzioni indicate al punto 3.</w:t>
            </w:r>
          </w:p>
        </w:tc>
      </w:tr>
    </w:tbl>
    <w:p w14:paraId="7E11F369" w14:textId="77777777" w:rsidR="00ED5F33" w:rsidRPr="00B5533B" w:rsidRDefault="00DD1928" w:rsidP="00D36BD1">
      <w:pPr>
        <w:pStyle w:val="Titolo1"/>
        <w:tabs>
          <w:tab w:val="left" w:pos="9639"/>
        </w:tabs>
        <w:rPr>
          <w:color w:val="auto"/>
        </w:rPr>
      </w:pPr>
      <w:r w:rsidRPr="00B5533B">
        <w:rPr>
          <w:color w:val="auto"/>
        </w:rPr>
        <w:t>1. DATI DEL DICHIARANTE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12"/>
      </w:tblGrid>
      <w:tr w:rsidR="00ED5F33" w:rsidRPr="00B5533B" w14:paraId="686ED410" w14:textId="77777777">
        <w:tc>
          <w:tcPr>
            <w:tcW w:w="1031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1B40094" w14:textId="77777777" w:rsidR="00ED5F33" w:rsidRPr="00B5533B" w:rsidRDefault="00DD1928" w:rsidP="00D36BD1">
            <w:pPr>
              <w:tabs>
                <w:tab w:val="left" w:pos="9639"/>
              </w:tabs>
            </w:pPr>
            <w:proofErr w:type="spellStart"/>
            <w:r w:rsidRPr="00B5533B">
              <w:rPr>
                <w:b/>
              </w:rPr>
              <w:t>Cognome</w:t>
            </w:r>
            <w:proofErr w:type="spellEnd"/>
            <w:r w:rsidRPr="00B5533B">
              <w:rPr>
                <w:b/>
              </w:rPr>
              <w:t xml:space="preserve"> e </w:t>
            </w:r>
            <w:proofErr w:type="spellStart"/>
            <w:r w:rsidRPr="00B5533B">
              <w:rPr>
                <w:b/>
              </w:rPr>
              <w:t>nome</w:t>
            </w:r>
            <w:proofErr w:type="spellEnd"/>
            <w:r w:rsidRPr="00B5533B">
              <w:rPr>
                <w:b/>
              </w:rPr>
              <w:t xml:space="preserve"> </w:t>
            </w:r>
            <w:r w:rsidRPr="00B5533B">
              <w:t>__________________________________________________________</w:t>
            </w:r>
          </w:p>
          <w:p w14:paraId="4186E3F0" w14:textId="77777777" w:rsidR="00ED5F33" w:rsidRPr="00B5533B" w:rsidRDefault="00DD1928" w:rsidP="00D36BD1">
            <w:pPr>
              <w:tabs>
                <w:tab w:val="left" w:pos="9639"/>
              </w:tabs>
            </w:pPr>
            <w:r w:rsidRPr="00B5533B">
              <w:rPr>
                <w:b/>
              </w:rPr>
              <w:t xml:space="preserve">Codice fiscale </w:t>
            </w:r>
            <w:r w:rsidRPr="00B5533B">
              <w:t>__________________________________________________________</w:t>
            </w:r>
          </w:p>
          <w:p w14:paraId="6EE35489" w14:textId="77777777" w:rsidR="00ED5F33" w:rsidRPr="00B5533B" w:rsidRDefault="00DD1928" w:rsidP="00D36BD1">
            <w:pPr>
              <w:tabs>
                <w:tab w:val="left" w:pos="9639"/>
              </w:tabs>
            </w:pPr>
            <w:r w:rsidRPr="00B5533B">
              <w:rPr>
                <w:b/>
              </w:rPr>
              <w:t xml:space="preserve">Nato/a a </w:t>
            </w:r>
            <w:r w:rsidRPr="00B5533B">
              <w:t>___________________________________  Prov. ______  il __________________</w:t>
            </w:r>
          </w:p>
          <w:p w14:paraId="222F109F" w14:textId="77777777" w:rsidR="00ED5F33" w:rsidRPr="00B5533B" w:rsidRDefault="00DD1928" w:rsidP="00D36BD1">
            <w:pPr>
              <w:tabs>
                <w:tab w:val="left" w:pos="9639"/>
              </w:tabs>
            </w:pPr>
            <w:r w:rsidRPr="00B5533B">
              <w:rPr>
                <w:b/>
              </w:rPr>
              <w:t xml:space="preserve">Residente a </w:t>
            </w:r>
            <w:r w:rsidRPr="00B5533B">
              <w:t>_______________________________  Prov. ______  CAP ______________</w:t>
            </w:r>
          </w:p>
          <w:p w14:paraId="029D5931" w14:textId="77777777" w:rsidR="00ED5F33" w:rsidRPr="00B5533B" w:rsidRDefault="00DD1928" w:rsidP="00D36BD1">
            <w:pPr>
              <w:tabs>
                <w:tab w:val="left" w:pos="9639"/>
              </w:tabs>
            </w:pPr>
            <w:r w:rsidRPr="00B5533B">
              <w:rPr>
                <w:b/>
              </w:rPr>
              <w:t xml:space="preserve">Via/Piazza </w:t>
            </w:r>
            <w:r w:rsidRPr="00B5533B">
              <w:t>______________________________________________  n. __________</w:t>
            </w:r>
          </w:p>
          <w:p w14:paraId="69734D78" w14:textId="77777777" w:rsidR="00ED5F33" w:rsidRPr="00B5533B" w:rsidRDefault="00DD1928" w:rsidP="00D36BD1">
            <w:pPr>
              <w:tabs>
                <w:tab w:val="left" w:pos="9639"/>
              </w:tabs>
            </w:pPr>
            <w:r w:rsidRPr="00B5533B">
              <w:rPr>
                <w:b/>
              </w:rPr>
              <w:t xml:space="preserve">Telefono </w:t>
            </w:r>
            <w:r w:rsidRPr="00B5533B">
              <w:t>________________________  E-mail/PEC _______________________________</w:t>
            </w:r>
          </w:p>
          <w:p w14:paraId="076FD5EF" w14:textId="77777777" w:rsidR="00ED5F33" w:rsidRPr="00B5533B" w:rsidRDefault="00DD1928" w:rsidP="00D36BD1">
            <w:pPr>
              <w:tabs>
                <w:tab w:val="left" w:pos="9639"/>
              </w:tabs>
            </w:pPr>
            <w:r w:rsidRPr="00B5533B">
              <w:rPr>
                <w:b/>
              </w:rPr>
              <w:t xml:space="preserve">in qualità di </w:t>
            </w:r>
            <w:r w:rsidRPr="00B5533B">
              <w:t>genitore o soggetto esercente la responsabilità genitoriale sullo studente minorenne indicato al punto 2.</w:t>
            </w:r>
          </w:p>
        </w:tc>
      </w:tr>
    </w:tbl>
    <w:p w14:paraId="7ECA6A63" w14:textId="77777777" w:rsidR="00ED5F33" w:rsidRPr="00B5533B" w:rsidRDefault="00DD1928" w:rsidP="00D36BD1">
      <w:pPr>
        <w:pStyle w:val="Titolo1"/>
        <w:tabs>
          <w:tab w:val="left" w:pos="9639"/>
        </w:tabs>
        <w:rPr>
          <w:color w:val="auto"/>
        </w:rPr>
      </w:pPr>
      <w:r w:rsidRPr="00B5533B">
        <w:rPr>
          <w:color w:val="auto"/>
        </w:rPr>
        <w:t>2. DATI DELLO STUDENTE BENEFICIARIO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12"/>
      </w:tblGrid>
      <w:tr w:rsidR="00ED5F33" w:rsidRPr="00B5533B" w14:paraId="1CF6BF42" w14:textId="77777777">
        <w:tc>
          <w:tcPr>
            <w:tcW w:w="1031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6604C7B" w14:textId="77777777" w:rsidR="00ED5F33" w:rsidRPr="00B5533B" w:rsidRDefault="00DD1928" w:rsidP="00D36BD1">
            <w:pPr>
              <w:tabs>
                <w:tab w:val="left" w:pos="9639"/>
              </w:tabs>
            </w:pPr>
            <w:r w:rsidRPr="00B5533B">
              <w:rPr>
                <w:b/>
              </w:rPr>
              <w:t xml:space="preserve">Cognome e nome </w:t>
            </w:r>
            <w:r w:rsidRPr="00B5533B">
              <w:t>__________________________________________________________</w:t>
            </w:r>
          </w:p>
          <w:p w14:paraId="2762CF8B" w14:textId="77777777" w:rsidR="00ED5F33" w:rsidRPr="00B5533B" w:rsidRDefault="00DD1928" w:rsidP="00D36BD1">
            <w:pPr>
              <w:tabs>
                <w:tab w:val="left" w:pos="9639"/>
              </w:tabs>
            </w:pPr>
            <w:r w:rsidRPr="00B5533B">
              <w:rPr>
                <w:b/>
              </w:rPr>
              <w:t xml:space="preserve">Codice fiscale </w:t>
            </w:r>
            <w:r w:rsidRPr="00B5533B">
              <w:t>__________________________________________________________</w:t>
            </w:r>
          </w:p>
          <w:p w14:paraId="14C0DE91" w14:textId="77777777" w:rsidR="00ED5F33" w:rsidRPr="00B5533B" w:rsidRDefault="00DD1928" w:rsidP="00D36BD1">
            <w:pPr>
              <w:tabs>
                <w:tab w:val="left" w:pos="9639"/>
              </w:tabs>
            </w:pPr>
            <w:r w:rsidRPr="00B5533B">
              <w:rPr>
                <w:b/>
              </w:rPr>
              <w:t xml:space="preserve">Nato/a a </w:t>
            </w:r>
            <w:r w:rsidRPr="00B5533B">
              <w:t>___________________________________  Prov. ______  il __________________</w:t>
            </w:r>
          </w:p>
          <w:p w14:paraId="462716B3" w14:textId="77777777" w:rsidR="00ED5F33" w:rsidRPr="00B5533B" w:rsidRDefault="00DD1928" w:rsidP="00D36BD1">
            <w:pPr>
              <w:tabs>
                <w:tab w:val="left" w:pos="9639"/>
              </w:tabs>
            </w:pPr>
            <w:r w:rsidRPr="00B5533B">
              <w:rPr>
                <w:b/>
              </w:rPr>
              <w:t xml:space="preserve">Residente a </w:t>
            </w:r>
            <w:r w:rsidRPr="00B5533B">
              <w:t>_______________________________  Prov. ______  CAP ______________</w:t>
            </w:r>
          </w:p>
          <w:p w14:paraId="649EA971" w14:textId="77777777" w:rsidR="00ED5F33" w:rsidRPr="00B5533B" w:rsidRDefault="00DD1928" w:rsidP="00D36BD1">
            <w:pPr>
              <w:tabs>
                <w:tab w:val="left" w:pos="9639"/>
              </w:tabs>
            </w:pPr>
            <w:r w:rsidRPr="00B5533B">
              <w:rPr>
                <w:b/>
              </w:rPr>
              <w:t xml:space="preserve">Via/Piazza </w:t>
            </w:r>
            <w:r w:rsidRPr="00B5533B">
              <w:t>______________________________________________  n. __________</w:t>
            </w:r>
          </w:p>
          <w:p w14:paraId="35D73AC7" w14:textId="77777777" w:rsidR="00ED5F33" w:rsidRPr="00B5533B" w:rsidRDefault="00DD1928" w:rsidP="00D36BD1">
            <w:pPr>
              <w:tabs>
                <w:tab w:val="left" w:pos="9639"/>
              </w:tabs>
            </w:pPr>
            <w:r w:rsidRPr="00B5533B">
              <w:rPr>
                <w:b/>
              </w:rPr>
              <w:t xml:space="preserve">Borsa di studio </w:t>
            </w:r>
            <w:r w:rsidRPr="00B5533B">
              <w:t>Anno scolastico 2025/2026 – importo lordo € __________________</w:t>
            </w:r>
          </w:p>
        </w:tc>
      </w:tr>
    </w:tbl>
    <w:p w14:paraId="41140E15" w14:textId="77777777" w:rsidR="00ED5F33" w:rsidRPr="00B5533B" w:rsidRDefault="00DD1928" w:rsidP="00D36BD1">
      <w:pPr>
        <w:pStyle w:val="Titolo1"/>
        <w:tabs>
          <w:tab w:val="left" w:pos="9639"/>
        </w:tabs>
        <w:rPr>
          <w:color w:val="auto"/>
        </w:rPr>
      </w:pPr>
      <w:r w:rsidRPr="00B5533B">
        <w:rPr>
          <w:color w:val="auto"/>
        </w:rPr>
        <w:t>3. SCELTA RELATIVA ALLA DETRAZIONE D’IMPOSTA</w:t>
      </w:r>
    </w:p>
    <w:p w14:paraId="396D23EE" w14:textId="77777777" w:rsidR="00ED5F33" w:rsidRPr="00B5533B" w:rsidRDefault="00DD1928" w:rsidP="00D36BD1">
      <w:pPr>
        <w:tabs>
          <w:tab w:val="left" w:pos="9639"/>
        </w:tabs>
      </w:pPr>
      <w:r w:rsidRPr="00B5533B">
        <w:t>Il dichiarante, ai fini del calcolo delle ritenute fiscali sulla borsa di studio attribuita allo studente minorenne, chiede al Comune di Bormio di applicare la seguente opzione: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12"/>
      </w:tblGrid>
      <w:tr w:rsidR="00ED5F33" w:rsidRPr="00B5533B" w14:paraId="10487BF6" w14:textId="77777777">
        <w:tc>
          <w:tcPr>
            <w:tcW w:w="10312" w:type="dxa"/>
            <w:shd w:val="clear" w:color="auto" w:fill="FAF7F9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2B08354F" w14:textId="77777777" w:rsidR="00ED5F33" w:rsidRPr="00B5533B" w:rsidRDefault="00DD1928" w:rsidP="00D36BD1">
            <w:pPr>
              <w:tabs>
                <w:tab w:val="left" w:pos="9639"/>
              </w:tabs>
              <w:spacing w:after="100"/>
              <w:ind w:left="142" w:hanging="85"/>
              <w:jc w:val="both"/>
            </w:pPr>
            <w:r w:rsidRPr="00B5533B">
              <w:t>☐  APPLICARE la detrazione prevista dall’articolo 13 del D.P.R. n. 917/1986 per i redditi assimilati a quelli di lavoro dipendente, dichiarando che ne ricorrono le condizioni di spettanza.</w:t>
            </w:r>
          </w:p>
          <w:p w14:paraId="74F1D4FD" w14:textId="77777777" w:rsidR="00ED5F33" w:rsidRPr="00B5533B" w:rsidRDefault="00DD1928" w:rsidP="00D36BD1">
            <w:pPr>
              <w:tabs>
                <w:tab w:val="left" w:pos="9639"/>
              </w:tabs>
              <w:spacing w:after="100"/>
              <w:ind w:left="142" w:hanging="85"/>
              <w:jc w:val="both"/>
            </w:pPr>
            <w:r w:rsidRPr="00B5533B">
              <w:t>☐  NON APPLICARE la detrazione prevista dall’articolo 13 del D.P.R. n. 917/1986, in quanto già richiesta ad altro sostituto d’imposta o per altra ragione rilevante ai fini fiscali.</w:t>
            </w:r>
          </w:p>
          <w:p w14:paraId="7C84DE13" w14:textId="77777777" w:rsidR="00ED5F33" w:rsidRPr="00B5533B" w:rsidRDefault="00DD1928" w:rsidP="00D36BD1">
            <w:pPr>
              <w:tabs>
                <w:tab w:val="left" w:pos="9639"/>
              </w:tabs>
              <w:jc w:val="both"/>
            </w:pPr>
            <w:r w:rsidRPr="00B5533B">
              <w:rPr>
                <w:i/>
                <w:sz w:val="17"/>
              </w:rPr>
              <w:t>La scelta riguarda esclusivamente il trattamento fiscale della borsa di studio intestata allo studente beneficiario. La detrazione, ove spettante, è riconosciuta secondo la normativa vigente e sulla base dei dati disponibili al sostituto d’imposta.</w:t>
            </w:r>
          </w:p>
        </w:tc>
      </w:tr>
    </w:tbl>
    <w:p w14:paraId="47C845FD" w14:textId="77777777" w:rsidR="00ED5F33" w:rsidRPr="00B5533B" w:rsidRDefault="00DD1928" w:rsidP="00D36BD1">
      <w:pPr>
        <w:pStyle w:val="Titolo1"/>
        <w:tabs>
          <w:tab w:val="left" w:pos="9639"/>
        </w:tabs>
        <w:jc w:val="both"/>
        <w:rPr>
          <w:color w:val="auto"/>
        </w:rPr>
      </w:pPr>
      <w:r w:rsidRPr="00B5533B">
        <w:rPr>
          <w:color w:val="auto"/>
        </w:rPr>
        <w:t>4. DICHIARAZIONI E IMPEGNI</w:t>
      </w:r>
    </w:p>
    <w:p w14:paraId="6931C889" w14:textId="77777777" w:rsidR="00ED5F33" w:rsidRPr="00B5533B" w:rsidRDefault="00DD1928" w:rsidP="00D36BD1">
      <w:pPr>
        <w:tabs>
          <w:tab w:val="left" w:pos="9639"/>
        </w:tabs>
        <w:jc w:val="both"/>
      </w:pPr>
      <w:r w:rsidRPr="00B5533B">
        <w:t>Il/La sottoscritto/a, in nome e per conto dello studente minorenne, ai sensi degli articoli 46 e 47 del D.P.R. 28 dicembre 2000, n. 445, consapevole delle conseguenze previste dagli articoli 75 e 76 del medesimo decreto in caso di dichiarazioni non veritiere: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12"/>
      </w:tblGrid>
      <w:tr w:rsidR="00ED5F33" w:rsidRPr="00B5533B" w14:paraId="1A2130E1" w14:textId="77777777">
        <w:tc>
          <w:tcPr>
            <w:tcW w:w="10312" w:type="dxa"/>
            <w:shd w:val="clear" w:color="auto" w:fill="FAF7F9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5E71081" w14:textId="77777777" w:rsidR="00ED5F33" w:rsidRPr="00B5533B" w:rsidRDefault="00DD1928" w:rsidP="00D36BD1">
            <w:pPr>
              <w:tabs>
                <w:tab w:val="left" w:pos="9639"/>
              </w:tabs>
              <w:spacing w:after="100"/>
              <w:ind w:left="142" w:hanging="85"/>
              <w:jc w:val="both"/>
            </w:pPr>
            <w:r w:rsidRPr="00B5533B">
              <w:t>☐  dichiara che i dati riportati nel presente modello sono completi e veritieri;</w:t>
            </w:r>
          </w:p>
          <w:p w14:paraId="7C70EB71" w14:textId="77777777" w:rsidR="00ED5F33" w:rsidRPr="00B5533B" w:rsidRDefault="00DD1928" w:rsidP="00D36BD1">
            <w:pPr>
              <w:tabs>
                <w:tab w:val="left" w:pos="9639"/>
              </w:tabs>
              <w:spacing w:after="100"/>
              <w:ind w:left="142" w:hanging="85"/>
              <w:jc w:val="both"/>
            </w:pPr>
            <w:r w:rsidRPr="00B5533B">
              <w:t>☐  si impegna a comunicare tempestivamente al Comune di Bormio ogni variazione rilevante ai fini dell’applicazione delle detrazioni;</w:t>
            </w:r>
          </w:p>
          <w:p w14:paraId="1305524D" w14:textId="77777777" w:rsidR="00ED5F33" w:rsidRPr="00B5533B" w:rsidRDefault="00DD1928" w:rsidP="00D36BD1">
            <w:pPr>
              <w:tabs>
                <w:tab w:val="left" w:pos="9639"/>
              </w:tabs>
              <w:spacing w:after="100"/>
              <w:ind w:left="142" w:hanging="85"/>
              <w:jc w:val="both"/>
            </w:pPr>
            <w:r w:rsidRPr="00B5533B">
              <w:lastRenderedPageBreak/>
              <w:t>☐  prende atto che il Comune applicherà il trattamento fiscale previsto dalla normativa vigente e rilascerà la relativa certificazione fiscale allo studente beneficiario;</w:t>
            </w:r>
          </w:p>
          <w:p w14:paraId="4E331E60" w14:textId="77777777" w:rsidR="00ED5F33" w:rsidRPr="00B5533B" w:rsidRDefault="00DD1928" w:rsidP="00D36BD1">
            <w:pPr>
              <w:tabs>
                <w:tab w:val="left" w:pos="9639"/>
              </w:tabs>
              <w:spacing w:after="100"/>
              <w:ind w:left="142" w:hanging="85"/>
              <w:jc w:val="both"/>
            </w:pPr>
            <w:r w:rsidRPr="00B5533B">
              <w:t>☐  dichiara di avere preso visione dell’informativa sul trattamento dei dati personali pubblicata sul sito istituzionale del Comune di Bormio.</w:t>
            </w:r>
          </w:p>
        </w:tc>
      </w:tr>
    </w:tbl>
    <w:p w14:paraId="065CDFB7" w14:textId="77777777" w:rsidR="00ED5F33" w:rsidRPr="00B5533B" w:rsidRDefault="00DD1928" w:rsidP="00D36BD1">
      <w:pPr>
        <w:pStyle w:val="Titolo1"/>
        <w:tabs>
          <w:tab w:val="left" w:pos="9639"/>
        </w:tabs>
        <w:rPr>
          <w:color w:val="auto"/>
        </w:rPr>
      </w:pPr>
      <w:r w:rsidRPr="00B5533B">
        <w:rPr>
          <w:color w:val="auto"/>
        </w:rPr>
        <w:lastRenderedPageBreak/>
        <w:t>5. SOTTOSCRIZIONE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56"/>
        <w:gridCol w:w="5156"/>
      </w:tblGrid>
      <w:tr w:rsidR="00ED5F33" w:rsidRPr="00B5533B" w14:paraId="60A8F94F" w14:textId="77777777">
        <w:trPr>
          <w:jc w:val="center"/>
        </w:trPr>
        <w:tc>
          <w:tcPr>
            <w:tcW w:w="51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FF16E5" w14:textId="77777777" w:rsidR="00ED5F33" w:rsidRPr="00B5533B" w:rsidRDefault="00DD1928" w:rsidP="00D36BD1">
            <w:pPr>
              <w:tabs>
                <w:tab w:val="left" w:pos="9639"/>
              </w:tabs>
            </w:pPr>
            <w:r w:rsidRPr="00B5533B">
              <w:rPr>
                <w:b/>
              </w:rPr>
              <w:t>Luogo e data</w:t>
            </w:r>
          </w:p>
          <w:p w14:paraId="5C1E177F" w14:textId="77777777" w:rsidR="00ED5F33" w:rsidRPr="00B5533B" w:rsidRDefault="00DD1928" w:rsidP="00D36BD1">
            <w:pPr>
              <w:tabs>
                <w:tab w:val="left" w:pos="9639"/>
              </w:tabs>
            </w:pPr>
            <w:r w:rsidRPr="00B5533B">
              <w:br/>
              <w:t>__________________________________</w:t>
            </w:r>
          </w:p>
        </w:tc>
        <w:tc>
          <w:tcPr>
            <w:tcW w:w="51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7847D8" w14:textId="77777777" w:rsidR="00ED5F33" w:rsidRPr="00B5533B" w:rsidRDefault="00DD1928" w:rsidP="00D36BD1">
            <w:pPr>
              <w:tabs>
                <w:tab w:val="left" w:pos="9639"/>
              </w:tabs>
              <w:jc w:val="center"/>
            </w:pPr>
            <w:r w:rsidRPr="00B5533B">
              <w:rPr>
                <w:b/>
              </w:rPr>
              <w:t>Firma del genitore o del soggetto esercente</w:t>
            </w:r>
            <w:r w:rsidRPr="00B5533B">
              <w:rPr>
                <w:b/>
              </w:rPr>
              <w:br/>
              <w:t>la responsabilità genitoriale</w:t>
            </w:r>
          </w:p>
          <w:p w14:paraId="6668E1BD" w14:textId="77777777" w:rsidR="00ED5F33" w:rsidRPr="00B5533B" w:rsidRDefault="00DD1928" w:rsidP="00D36BD1">
            <w:pPr>
              <w:tabs>
                <w:tab w:val="left" w:pos="9639"/>
              </w:tabs>
              <w:jc w:val="center"/>
            </w:pPr>
            <w:r w:rsidRPr="00B5533B">
              <w:br/>
              <w:t>__________________________________</w:t>
            </w:r>
          </w:p>
        </w:tc>
      </w:tr>
      <w:tr w:rsidR="00ED5F33" w:rsidRPr="00B5533B" w14:paraId="0960A94F" w14:textId="77777777">
        <w:trPr>
          <w:jc w:val="center"/>
        </w:trPr>
        <w:tc>
          <w:tcPr>
            <w:tcW w:w="10312" w:type="dxa"/>
            <w:gridSpan w:val="2"/>
            <w:shd w:val="clear" w:color="auto" w:fill="F4EAF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7129E2" w14:textId="77777777" w:rsidR="00ED5F33" w:rsidRPr="00B5533B" w:rsidRDefault="00DD1928" w:rsidP="00D36BD1">
            <w:pPr>
              <w:tabs>
                <w:tab w:val="left" w:pos="9639"/>
              </w:tabs>
            </w:pPr>
            <w:r w:rsidRPr="00B5533B">
              <w:rPr>
                <w:b/>
              </w:rPr>
              <w:t xml:space="preserve">Allegato: </w:t>
            </w:r>
            <w:r w:rsidRPr="00B5533B">
              <w:t>copia di un documento di identità in corso di validità del dichiarante, salvo i casi di sottoscrizione digitale o di identificazione secondo la normativa vigente.</w:t>
            </w:r>
          </w:p>
        </w:tc>
      </w:tr>
    </w:tbl>
    <w:p w14:paraId="5C4BE5E2" w14:textId="05537FBB" w:rsidR="00ED5F33" w:rsidRDefault="00ED5F33" w:rsidP="00D36BD1">
      <w:pPr>
        <w:tabs>
          <w:tab w:val="left" w:pos="9639"/>
        </w:tabs>
        <w:jc w:val="center"/>
      </w:pPr>
    </w:p>
    <w:sectPr w:rsidR="00ED5F33" w:rsidSect="00D36BD1">
      <w:footerReference w:type="default" r:id="rId8"/>
      <w:pgSz w:w="12240" w:h="15840"/>
      <w:pgMar w:top="426" w:right="964" w:bottom="765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A3BA9" w14:textId="77777777" w:rsidR="005A429D" w:rsidRDefault="005A429D">
      <w:pPr>
        <w:spacing w:after="0" w:line="240" w:lineRule="auto"/>
      </w:pPr>
      <w:r>
        <w:separator/>
      </w:r>
    </w:p>
  </w:endnote>
  <w:endnote w:type="continuationSeparator" w:id="0">
    <w:p w14:paraId="3FB0BAC0" w14:textId="77777777" w:rsidR="005A429D" w:rsidRDefault="005A4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54EBB" w14:textId="77777777" w:rsidR="00ED5F33" w:rsidRDefault="00DD1928">
    <w:pPr>
      <w:pStyle w:val="Pidipagina"/>
      <w:jc w:val="center"/>
    </w:pPr>
    <w:r>
      <w:rPr>
        <w:color w:val="646464"/>
        <w:sz w:val="15"/>
      </w:rPr>
      <w:t xml:space="preserve">Modulo </w:t>
    </w:r>
    <w:proofErr w:type="spellStart"/>
    <w:r>
      <w:rPr>
        <w:color w:val="646464"/>
        <w:sz w:val="15"/>
      </w:rPr>
      <w:t>detrazioni</w:t>
    </w:r>
    <w:proofErr w:type="spellEnd"/>
    <w:r>
      <w:rPr>
        <w:color w:val="646464"/>
        <w:sz w:val="15"/>
      </w:rPr>
      <w:t xml:space="preserve"> – </w:t>
    </w:r>
    <w:proofErr w:type="spellStart"/>
    <w:r>
      <w:rPr>
        <w:color w:val="646464"/>
        <w:sz w:val="15"/>
      </w:rPr>
      <w:t>studente</w:t>
    </w:r>
    <w:proofErr w:type="spellEnd"/>
    <w:r>
      <w:rPr>
        <w:color w:val="646464"/>
        <w:sz w:val="15"/>
      </w:rPr>
      <w:t xml:space="preserve"> </w:t>
    </w:r>
    <w:proofErr w:type="spellStart"/>
    <w:r>
      <w:rPr>
        <w:color w:val="646464"/>
        <w:sz w:val="15"/>
      </w:rPr>
      <w:t>minorenne</w:t>
    </w:r>
    <w:proofErr w:type="spellEnd"/>
    <w:r>
      <w:rPr>
        <w:color w:val="646464"/>
        <w:sz w:val="15"/>
      </w:rPr>
      <w:t xml:space="preserve">   |   </w:t>
    </w:r>
    <w:proofErr w:type="spellStart"/>
    <w:r>
      <w:rPr>
        <w:color w:val="646464"/>
        <w:sz w:val="15"/>
      </w:rPr>
      <w:t>Pagina</w:t>
    </w:r>
    <w:proofErr w:type="spellEnd"/>
    <w:r>
      <w:rPr>
        <w:color w:val="646464"/>
        <w:sz w:val="15"/>
      </w:rPr>
      <w:t xml:space="preserve"> </w:t>
    </w:r>
    <w:r>
      <w:fldChar w:fldCharType="begin"/>
    </w:r>
    <w:r>
      <w:instrText>PAGE</w:instrText>
    </w:r>
    <w:r>
      <w:fldChar w:fldCharType="separate"/>
    </w:r>
    <w:r w:rsidR="00D36BD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C078B" w14:textId="77777777" w:rsidR="005A429D" w:rsidRDefault="005A429D">
      <w:pPr>
        <w:spacing w:after="0" w:line="240" w:lineRule="auto"/>
      </w:pPr>
      <w:r>
        <w:separator/>
      </w:r>
    </w:p>
  </w:footnote>
  <w:footnote w:type="continuationSeparator" w:id="0">
    <w:p w14:paraId="5C345D71" w14:textId="77777777" w:rsidR="005A429D" w:rsidRDefault="005A42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4988163">
    <w:abstractNumId w:val="8"/>
  </w:num>
  <w:num w:numId="2" w16cid:durableId="634406973">
    <w:abstractNumId w:val="6"/>
  </w:num>
  <w:num w:numId="3" w16cid:durableId="1549682221">
    <w:abstractNumId w:val="5"/>
  </w:num>
  <w:num w:numId="4" w16cid:durableId="304437014">
    <w:abstractNumId w:val="4"/>
  </w:num>
  <w:num w:numId="5" w16cid:durableId="656036845">
    <w:abstractNumId w:val="7"/>
  </w:num>
  <w:num w:numId="6" w16cid:durableId="182331220">
    <w:abstractNumId w:val="3"/>
  </w:num>
  <w:num w:numId="7" w16cid:durableId="1720208623">
    <w:abstractNumId w:val="2"/>
  </w:num>
  <w:num w:numId="8" w16cid:durableId="916598511">
    <w:abstractNumId w:val="1"/>
  </w:num>
  <w:num w:numId="9" w16cid:durableId="257063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F306D"/>
    <w:rsid w:val="0029639D"/>
    <w:rsid w:val="00326F90"/>
    <w:rsid w:val="00487313"/>
    <w:rsid w:val="005A429D"/>
    <w:rsid w:val="00AA1D8D"/>
    <w:rsid w:val="00B47730"/>
    <w:rsid w:val="00B5533B"/>
    <w:rsid w:val="00CB0664"/>
    <w:rsid w:val="00D36BD1"/>
    <w:rsid w:val="00DD1928"/>
    <w:rsid w:val="00ED5F3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737FC8"/>
  <w14:defaultImageDpi w14:val="300"/>
  <w15:docId w15:val="{37FF25E7-08A2-4C8E-88C7-A639384BA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80" w:line="250" w:lineRule="auto"/>
    </w:pPr>
    <w:rPr>
      <w:rFonts w:ascii="Arial" w:eastAsia="Arial" w:hAnsi="Arial"/>
      <w:sz w:val="19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color w:val="7A003C"/>
      <w:sz w:val="22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7A003C"/>
      <w:sz w:val="20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keepNext/>
      <w:pBdr>
        <w:bottom w:val="single" w:sz="8" w:space="4" w:color="4F81BD" w:themeColor="accent1"/>
      </w:pBdr>
      <w:spacing w:before="160" w:line="240" w:lineRule="auto"/>
      <w:contextualSpacing/>
    </w:pPr>
    <w:rPr>
      <w:rFonts w:asciiTheme="majorHAnsi" w:eastAsiaTheme="majorEastAsia" w:hAnsiTheme="majorHAnsi" w:cstheme="majorBidi"/>
      <w:b/>
      <w:color w:val="7A003C"/>
      <w:spacing w:val="5"/>
      <w:kern w:val="28"/>
      <w:sz w:val="28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detrazioni imposta – borsa di studio studente minorenne</dc:title>
  <dc:subject/>
  <dc:creator>Riccardo Di Pierro</dc:creator>
  <cp:keywords/>
  <dc:description>generated by python-docx</dc:description>
  <cp:lastModifiedBy>Riccardo Di Pierro</cp:lastModifiedBy>
  <cp:revision>3</cp:revision>
  <dcterms:created xsi:type="dcterms:W3CDTF">2026-08-19T07:11:00Z</dcterms:created>
  <dcterms:modified xsi:type="dcterms:W3CDTF">2026-09-11T09:19:00Z</dcterms:modified>
  <cp:category/>
</cp:coreProperties>
</file>